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44FAB" w14:textId="4215037B" w:rsidR="00265A76" w:rsidRDefault="00265A76" w:rsidP="00265A76">
      <w:pPr>
        <w:widowControl w:val="0"/>
        <w:pBdr>
          <w:bottom w:val="single" w:sz="12" w:space="1" w:color="auto"/>
        </w:pBdr>
        <w:autoSpaceDE w:val="0"/>
        <w:autoSpaceDN w:val="0"/>
        <w:ind w:firstLine="170"/>
        <w:jc w:val="center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noProof/>
          <w:color w:val="000000"/>
          <w:sz w:val="28"/>
          <w:szCs w:val="28"/>
        </w:rPr>
        <w:drawing>
          <wp:inline distT="0" distB="0" distL="0" distR="0" wp14:anchorId="26F86666" wp14:editId="45073F52">
            <wp:extent cx="365760" cy="457200"/>
            <wp:effectExtent l="0" t="0" r="0" b="0"/>
            <wp:docPr id="1792419062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           </w:t>
      </w:r>
      <w:r>
        <w:rPr>
          <w:rFonts w:asciiTheme="minorHAnsi" w:hAnsiTheme="minorHAnsi" w:cstheme="minorHAnsi"/>
          <w:noProof/>
          <w:color w:val="000000"/>
          <w:sz w:val="28"/>
          <w:szCs w:val="28"/>
        </w:rPr>
        <w:drawing>
          <wp:inline distT="0" distB="0" distL="0" distR="0" wp14:anchorId="227D25F5" wp14:editId="6A66A0CA">
            <wp:extent cx="640080" cy="457200"/>
            <wp:effectExtent l="0" t="0" r="7620" b="0"/>
            <wp:docPr id="111474462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      </w:t>
      </w:r>
      <w:r>
        <w:rPr>
          <w:rFonts w:asciiTheme="minorHAnsi" w:hAnsiTheme="minorHAnsi" w:cstheme="minorHAnsi"/>
          <w:color w:val="000000"/>
          <w:sz w:val="28"/>
          <w:szCs w:val="28"/>
        </w:rPr>
        <w:tab/>
      </w:r>
      <w:r>
        <w:rPr>
          <w:rFonts w:asciiTheme="minorHAnsi" w:hAnsiTheme="minorHAnsi" w:cstheme="minorHAnsi"/>
          <w:noProof/>
          <w:color w:val="000000"/>
          <w:sz w:val="28"/>
          <w:szCs w:val="28"/>
        </w:rPr>
        <w:drawing>
          <wp:inline distT="0" distB="0" distL="0" distR="0" wp14:anchorId="3625E5BF" wp14:editId="4691E562">
            <wp:extent cx="365760" cy="457200"/>
            <wp:effectExtent l="0" t="0" r="0" b="0"/>
            <wp:docPr id="21907358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1436C" w14:textId="77777777" w:rsidR="00265A76" w:rsidRDefault="00265A76" w:rsidP="00265A76">
      <w:pPr>
        <w:widowControl w:val="0"/>
        <w:pBdr>
          <w:bottom w:val="single" w:sz="12" w:space="1" w:color="auto"/>
        </w:pBdr>
        <w:autoSpaceDE w:val="0"/>
        <w:autoSpaceDN w:val="0"/>
        <w:ind w:firstLine="170"/>
        <w:jc w:val="center"/>
        <w:rPr>
          <w:rFonts w:asciiTheme="minorHAnsi" w:hAnsiTheme="minorHAnsi" w:cstheme="minorHAnsi"/>
          <w:color w:val="000000"/>
          <w:sz w:val="28"/>
          <w:szCs w:val="28"/>
        </w:rPr>
      </w:pPr>
    </w:p>
    <w:p w14:paraId="75444C4A" w14:textId="77777777" w:rsidR="00265A76" w:rsidRDefault="00265A76" w:rsidP="00265A76">
      <w:pPr>
        <w:widowControl w:val="0"/>
        <w:autoSpaceDE w:val="0"/>
        <w:autoSpaceDN w:val="0"/>
        <w:ind w:firstLine="170"/>
        <w:rPr>
          <w:rFonts w:asciiTheme="minorHAnsi" w:hAnsiTheme="minorHAnsi" w:cstheme="minorHAnsi"/>
          <w:color w:val="000000"/>
          <w:sz w:val="28"/>
          <w:szCs w:val="28"/>
        </w:rPr>
      </w:pPr>
    </w:p>
    <w:p w14:paraId="582FACB7" w14:textId="08C8971E" w:rsidR="00265A76" w:rsidRDefault="00265A76" w:rsidP="00265A76">
      <w:pPr>
        <w:widowControl w:val="0"/>
        <w:autoSpaceDE w:val="0"/>
        <w:autoSpaceDN w:val="0"/>
        <w:ind w:firstLine="170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="Arial" w:hAnsi="Arial"/>
          <w:noProof/>
          <w:color w:val="282828"/>
          <w:sz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CBA812" wp14:editId="6E2B28C9">
                <wp:simplePos x="0" y="0"/>
                <wp:positionH relativeFrom="column">
                  <wp:posOffset>1397635</wp:posOffset>
                </wp:positionH>
                <wp:positionV relativeFrom="paragraph">
                  <wp:posOffset>92075</wp:posOffset>
                </wp:positionV>
                <wp:extent cx="1564005" cy="465455"/>
                <wp:effectExtent l="0" t="0" r="0" b="0"/>
                <wp:wrapNone/>
                <wp:docPr id="7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64005" cy="4654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0B5A77" w14:textId="77777777" w:rsidR="00265A76" w:rsidRDefault="00265A76" w:rsidP="00265A76">
                            <w:pPr>
                              <w:pStyle w:val="NormaleWeb"/>
                              <w:rPr>
                                <w:rFonts w:ascii="Times" w:hAnsi="Times"/>
                              </w:rPr>
                            </w:pPr>
                            <w:r>
                              <w:rPr>
                                <w:rFonts w:ascii="Times" w:hAnsi="Times"/>
                              </w:rPr>
                              <w:t xml:space="preserve">Istituto di Istruzione Superiore  </w:t>
                            </w:r>
                          </w:p>
                          <w:p w14:paraId="669A88C8" w14:textId="77777777" w:rsidR="00265A76" w:rsidRDefault="00265A76" w:rsidP="00265A76">
                            <w:pPr>
                              <w:pStyle w:val="NormaleWeb"/>
                            </w:pPr>
                          </w:p>
                          <w:p w14:paraId="517E3CBE" w14:textId="77777777" w:rsidR="00265A76" w:rsidRDefault="00265A76" w:rsidP="00265A76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CBA812" id="_x0000_t202" coordsize="21600,21600" o:spt="202" path="m,l,21600r21600,l21600,xe">
                <v:stroke joinstyle="miter"/>
                <v:path gradientshapeok="t" o:connecttype="rect"/>
              </v:shapetype>
              <v:shape id="Casella di testo 10" o:spid="_x0000_s1026" type="#_x0000_t202" style="position:absolute;left:0;text-align:left;margin-left:110.05pt;margin-top:7.25pt;width:123.15pt;height:3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" fillcolor="window" stroked="f" strokeweight=".5pt">
                <v:textbox>
                  <w:txbxContent>
                    <w:p w14:paraId="780B5A77" w14:textId="77777777" w:rsidR="00265A76" w:rsidRDefault="00265A76" w:rsidP="00265A76">
                      <w:pPr>
                        <w:pStyle w:val="NormaleWeb"/>
                        <w:rPr>
                          <w:rFonts w:ascii="Times" w:hAnsi="Times"/>
                        </w:rPr>
                      </w:pPr>
                      <w:r>
                        <w:rPr>
                          <w:rFonts w:ascii="Times" w:hAnsi="Times"/>
                        </w:rPr>
                        <w:t xml:space="preserve">Istituto di Istruzione Superiore  </w:t>
                      </w:r>
                    </w:p>
                    <w:p w14:paraId="669A88C8" w14:textId="77777777" w:rsidR="00265A76" w:rsidRDefault="00265A76" w:rsidP="00265A76">
                      <w:pPr>
                        <w:pStyle w:val="NormaleWeb"/>
                      </w:pPr>
                    </w:p>
                    <w:p w14:paraId="517E3CBE" w14:textId="77777777" w:rsidR="00265A76" w:rsidRDefault="00265A76" w:rsidP="00265A76"/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  <w:color w:val="282828"/>
          <w:sz w:val="19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FBAC0E" wp14:editId="505105C2">
                <wp:simplePos x="0" y="0"/>
                <wp:positionH relativeFrom="column">
                  <wp:posOffset>2961640</wp:posOffset>
                </wp:positionH>
                <wp:positionV relativeFrom="paragraph">
                  <wp:posOffset>894080</wp:posOffset>
                </wp:positionV>
                <wp:extent cx="1358265" cy="625475"/>
                <wp:effectExtent l="0" t="0" r="0" b="3175"/>
                <wp:wrapNone/>
                <wp:docPr id="10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8265" cy="625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21A650" w14:textId="77777777" w:rsidR="00265A76" w:rsidRDefault="00265A76" w:rsidP="00265A76">
                            <w:pPr>
                              <w:pStyle w:val="NormaleWeb"/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" w:hAnsi="Times"/>
                                <w:sz w:val="20"/>
                                <w:szCs w:val="20"/>
                              </w:rPr>
                              <w:t xml:space="preserve">Ipseoa                                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>Via I Maggio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br/>
                              <w:t xml:space="preserve">88055, Taverna (CZ)                                C.M. CZRH01101R                                       Tel. - Fax: 0961-924833 </w:t>
                            </w:r>
                          </w:p>
                          <w:p w14:paraId="18F5FE3E" w14:textId="77777777" w:rsidR="00265A76" w:rsidRDefault="00265A76" w:rsidP="00265A76">
                            <w:pPr>
                              <w:pStyle w:val="NormaleWeb"/>
                            </w:pPr>
                          </w:p>
                          <w:p w14:paraId="30274653" w14:textId="77777777" w:rsidR="00265A76" w:rsidRDefault="00265A76" w:rsidP="00265A76">
                            <w:pPr>
                              <w:pStyle w:val="NormaleWeb"/>
                            </w:pPr>
                          </w:p>
                          <w:p w14:paraId="6DC1A1A9" w14:textId="77777777" w:rsidR="00265A76" w:rsidRDefault="00265A76" w:rsidP="00265A76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BAC0E" id="_x0000_s1027" type="#_x0000_t202" style="position:absolute;left:0;text-align:left;margin-left:233.2pt;margin-top:70.4pt;width:106.95pt;height:4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" fillcolor="window" stroked="f" strokeweight=".5pt">
                <v:textbox>
                  <w:txbxContent>
                    <w:p w14:paraId="0F21A650" w14:textId="77777777" w:rsidR="00265A76" w:rsidRDefault="00265A76" w:rsidP="00265A76">
                      <w:pPr>
                        <w:pStyle w:val="NormaleWeb"/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</w:pPr>
                      <w:r>
                        <w:rPr>
                          <w:rFonts w:ascii="Times" w:hAnsi="Times"/>
                          <w:sz w:val="20"/>
                          <w:szCs w:val="20"/>
                        </w:rPr>
                        <w:t xml:space="preserve">Ipseoa                                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>Via I Maggio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br/>
                        <w:t xml:space="preserve">88055, Taverna (CZ)                                C.M. CZRH01101R                                       Tel. - Fax: 0961-924833 </w:t>
                      </w:r>
                    </w:p>
                    <w:p w14:paraId="18F5FE3E" w14:textId="77777777" w:rsidR="00265A76" w:rsidRDefault="00265A76" w:rsidP="00265A76">
                      <w:pPr>
                        <w:pStyle w:val="NormaleWeb"/>
                      </w:pPr>
                    </w:p>
                    <w:p w14:paraId="30274653" w14:textId="77777777" w:rsidR="00265A76" w:rsidRDefault="00265A76" w:rsidP="00265A76">
                      <w:pPr>
                        <w:pStyle w:val="NormaleWeb"/>
                      </w:pPr>
                    </w:p>
                    <w:p w14:paraId="6DC1A1A9" w14:textId="77777777" w:rsidR="00265A76" w:rsidRDefault="00265A76" w:rsidP="00265A76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  <w:color w:val="282828"/>
          <w:sz w:val="19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04760B" wp14:editId="0766DB01">
                <wp:simplePos x="0" y="0"/>
                <wp:positionH relativeFrom="column">
                  <wp:posOffset>1397000</wp:posOffset>
                </wp:positionH>
                <wp:positionV relativeFrom="paragraph">
                  <wp:posOffset>557530</wp:posOffset>
                </wp:positionV>
                <wp:extent cx="1564005" cy="280670"/>
                <wp:effectExtent l="0" t="0" r="0" b="5080"/>
                <wp:wrapNone/>
                <wp:docPr id="13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64005" cy="2806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4F45E2" w14:textId="77777777" w:rsidR="00265A76" w:rsidRDefault="00265A76" w:rsidP="00265A76">
                            <w:pPr>
                              <w:pStyle w:val="NormaleWeb"/>
                              <w:rPr>
                                <w:rFonts w:ascii="Times" w:hAnsi="Times"/>
                                <w:i/>
                              </w:rPr>
                            </w:pPr>
                            <w:r>
                              <w:rPr>
                                <w:rFonts w:ascii="Times" w:hAnsi="Times"/>
                                <w:i/>
                              </w:rPr>
                              <w:t xml:space="preserve">Rita Levi Montalcini </w:t>
                            </w:r>
                          </w:p>
                          <w:p w14:paraId="0A38E724" w14:textId="77777777" w:rsidR="00265A76" w:rsidRDefault="00265A76" w:rsidP="00265A76">
                            <w:pPr>
                              <w:pStyle w:val="NormaleWeb"/>
                            </w:pPr>
                          </w:p>
                          <w:p w14:paraId="4408031B" w14:textId="77777777" w:rsidR="00265A76" w:rsidRDefault="00265A76" w:rsidP="00265A76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4760B" id="Casella di testo 9" o:spid="_x0000_s1028" type="#_x0000_t202" style="position:absolute;left:0;text-align:left;margin-left:110pt;margin-top:43.9pt;width:123.15pt;height:22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" fillcolor="window" stroked="f" strokeweight=".5pt">
                <v:textbox>
                  <w:txbxContent>
                    <w:p w14:paraId="664F45E2" w14:textId="77777777" w:rsidR="00265A76" w:rsidRDefault="00265A76" w:rsidP="00265A76">
                      <w:pPr>
                        <w:pStyle w:val="NormaleWeb"/>
                        <w:rPr>
                          <w:rFonts w:ascii="Times" w:hAnsi="Times"/>
                          <w:i/>
                        </w:rPr>
                      </w:pPr>
                      <w:r>
                        <w:rPr>
                          <w:rFonts w:ascii="Times" w:hAnsi="Times"/>
                          <w:i/>
                        </w:rPr>
                        <w:t xml:space="preserve">Rita Levi Montalcini </w:t>
                      </w:r>
                    </w:p>
                    <w:p w14:paraId="0A38E724" w14:textId="77777777" w:rsidR="00265A76" w:rsidRDefault="00265A76" w:rsidP="00265A76">
                      <w:pPr>
                        <w:pStyle w:val="NormaleWeb"/>
                      </w:pPr>
                    </w:p>
                    <w:p w14:paraId="4408031B" w14:textId="77777777" w:rsidR="00265A76" w:rsidRDefault="00265A76" w:rsidP="00265A76"/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  <w:color w:val="282828"/>
          <w:sz w:val="19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315F7C" wp14:editId="52C79F77">
                <wp:simplePos x="0" y="0"/>
                <wp:positionH relativeFrom="column">
                  <wp:posOffset>1396365</wp:posOffset>
                </wp:positionH>
                <wp:positionV relativeFrom="paragraph">
                  <wp:posOffset>842010</wp:posOffset>
                </wp:positionV>
                <wp:extent cx="1491615" cy="625475"/>
                <wp:effectExtent l="0" t="0" r="0" b="3175"/>
                <wp:wrapNone/>
                <wp:docPr id="12" name="Casella di tes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91615" cy="625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0AB207" w14:textId="77777777" w:rsidR="00265A76" w:rsidRDefault="00265A76" w:rsidP="00265A76">
                            <w:pPr>
                              <w:pStyle w:val="NormaleWeb"/>
                              <w:rPr>
                                <w:rFonts w:ascii="Times" w:hAnsi="Times"/>
                              </w:rPr>
                            </w:pP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>Via C.Alvaro 17,    88054 Sersale (CZ)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br/>
                              <w:t xml:space="preserve">C.M. CZIS01100L - C.F. 97061370793     email: czis01100l@istruzione.it </w:t>
                            </w:r>
                            <w:r>
                              <w:rPr>
                                <w:rFonts w:ascii="Times" w:hAnsi="Times"/>
                              </w:rPr>
                              <w:t xml:space="preserve">        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 xml:space="preserve">pec: czis01100l@pec.istruzione.it              web: www.is-sersale.edu.it </w:t>
                            </w:r>
                          </w:p>
                          <w:p w14:paraId="6F5C5C28" w14:textId="77777777" w:rsidR="00265A76" w:rsidRDefault="00265A76" w:rsidP="00265A76">
                            <w:pPr>
                              <w:pStyle w:val="NormaleWeb"/>
                            </w:pPr>
                          </w:p>
                          <w:p w14:paraId="45486269" w14:textId="77777777" w:rsidR="00265A76" w:rsidRPr="0005619D" w:rsidRDefault="00265A76" w:rsidP="00265A76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315F7C" id="Casella di testo 8" o:spid="_x0000_s1029" type="#_x0000_t202" style="position:absolute;left:0;text-align:left;margin-left:109.95pt;margin-top:66.3pt;width:117.45pt;height:4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" fillcolor="window" stroked="f" strokeweight=".5pt">
                <v:textbox>
                  <w:txbxContent>
                    <w:p w14:paraId="020AB207" w14:textId="77777777" w:rsidR="00265A76" w:rsidRDefault="00265A76" w:rsidP="00265A76">
                      <w:pPr>
                        <w:pStyle w:val="NormaleWeb"/>
                        <w:rPr>
                          <w:rFonts w:ascii="Times" w:hAnsi="Times"/>
                        </w:rPr>
                      </w:pP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>Via C.Alvaro 17,    88054 Sersale (CZ)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br/>
                        <w:t xml:space="preserve">C.M. CZIS01100L - C.F. 97061370793     email: czis01100l@istruzione.it </w:t>
                      </w:r>
                      <w:r>
                        <w:rPr>
                          <w:rFonts w:ascii="Times" w:hAnsi="Times"/>
                        </w:rPr>
                        <w:t xml:space="preserve">        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 xml:space="preserve">pec: czis01100l@pec.istruzione.it              web: www.is-sersale.edu.it </w:t>
                      </w:r>
                    </w:p>
                    <w:p w14:paraId="6F5C5C28" w14:textId="77777777" w:rsidR="00265A76" w:rsidRDefault="00265A76" w:rsidP="00265A76">
                      <w:pPr>
                        <w:pStyle w:val="NormaleWeb"/>
                      </w:pPr>
                    </w:p>
                    <w:p w14:paraId="45486269" w14:textId="77777777" w:rsidR="00265A76" w:rsidRPr="0005619D" w:rsidRDefault="00265A76" w:rsidP="00265A76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  <w:color w:val="282828"/>
          <w:sz w:val="19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28E991" wp14:editId="71CE73DC">
                <wp:simplePos x="0" y="0"/>
                <wp:positionH relativeFrom="column">
                  <wp:posOffset>4541520</wp:posOffset>
                </wp:positionH>
                <wp:positionV relativeFrom="paragraph">
                  <wp:posOffset>88265</wp:posOffset>
                </wp:positionV>
                <wp:extent cx="1628140" cy="601345"/>
                <wp:effectExtent l="0" t="0" r="0" b="8255"/>
                <wp:wrapNone/>
                <wp:docPr id="9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28140" cy="6013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5A0BC5" w14:textId="535311CF" w:rsidR="00265A76" w:rsidRDefault="00265A76" w:rsidP="00265A76">
                            <w:pPr>
                              <w:pStyle w:val="NormaleWeb"/>
                              <w:rPr>
                                <w:rFonts w:ascii="Times" w:hAnsi="Times"/>
                              </w:rPr>
                            </w:pPr>
                            <w:r>
                              <w:rPr>
                                <w:rFonts w:ascii="Times" w:hAnsi="Times"/>
                                <w:sz w:val="20"/>
                                <w:szCs w:val="20"/>
                              </w:rPr>
                              <w:t xml:space="preserve">Ipsasr                                   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>Via Roma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br/>
                              <w:t>88054, Sersale (CZ)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br/>
                              <w:t xml:space="preserve">C.M. CZRA01102N </w:t>
                            </w:r>
                            <w:r w:rsidR="002A347C"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>–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2A347C"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>TEL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 xml:space="preserve">:  0961-967187  </w:t>
                            </w:r>
                          </w:p>
                          <w:p w14:paraId="7E8245AD" w14:textId="77777777" w:rsidR="00265A76" w:rsidRDefault="00265A76" w:rsidP="00265A76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8E991" id="Casella di testo 7" o:spid="_x0000_s1030" type="#_x0000_t202" style="position:absolute;left:0;text-align:left;margin-left:357.6pt;margin-top:6.95pt;width:128.2pt;height:47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" fillcolor="window" stroked="f" strokeweight=".5pt">
                <v:textbox>
                  <w:txbxContent>
                    <w:p w14:paraId="295A0BC5" w14:textId="535311CF" w:rsidR="00265A76" w:rsidRDefault="00265A76" w:rsidP="00265A76">
                      <w:pPr>
                        <w:pStyle w:val="NormaleWeb"/>
                        <w:rPr>
                          <w:rFonts w:ascii="Times" w:hAnsi="Times"/>
                        </w:rPr>
                      </w:pPr>
                      <w:r>
                        <w:rPr>
                          <w:rFonts w:ascii="Times" w:hAnsi="Times"/>
                          <w:sz w:val="20"/>
                          <w:szCs w:val="20"/>
                        </w:rPr>
                        <w:t xml:space="preserve">Ipsasr                                   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>Via Roma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br/>
                        <w:t>88054, Sersale (CZ)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br/>
                        <w:t xml:space="preserve">C.M. CZRA01102N </w:t>
                      </w:r>
                      <w:r w:rsidR="002A347C"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>–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 xml:space="preserve"> </w:t>
                      </w:r>
                      <w:r w:rsidR="002A347C"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>TEL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 xml:space="preserve">:  0961-967187  </w:t>
                      </w:r>
                    </w:p>
                    <w:p w14:paraId="7E8245AD" w14:textId="77777777" w:rsidR="00265A76" w:rsidRDefault="00265A76" w:rsidP="00265A76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  <w:color w:val="282828"/>
          <w:sz w:val="19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95517F" wp14:editId="15340737">
                <wp:simplePos x="0" y="0"/>
                <wp:positionH relativeFrom="column">
                  <wp:posOffset>4541520</wp:posOffset>
                </wp:positionH>
                <wp:positionV relativeFrom="paragraph">
                  <wp:posOffset>882015</wp:posOffset>
                </wp:positionV>
                <wp:extent cx="1628140" cy="641350"/>
                <wp:effectExtent l="0" t="0" r="0" b="6350"/>
                <wp:wrapNone/>
                <wp:docPr id="11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28140" cy="641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B6F49D" w14:textId="77777777" w:rsidR="00265A76" w:rsidRDefault="00265A76" w:rsidP="00265A76">
                            <w:pPr>
                              <w:pStyle w:val="NormaleWeb"/>
                              <w:rPr>
                                <w:rFonts w:ascii="Times" w:hAnsi="Times"/>
                              </w:rPr>
                            </w:pPr>
                            <w:r>
                              <w:rPr>
                                <w:rFonts w:ascii="Times" w:hAnsi="Times"/>
                                <w:sz w:val="20"/>
                                <w:szCs w:val="20"/>
                              </w:rPr>
                              <w:t xml:space="preserve">Ipsceoa                                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>Via Nazionale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br/>
                              <w:t>88070, Botricello (CZ)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br/>
                              <w:t xml:space="preserve">C.M. CZRC01101G - CZRC011511 (adulti) Tel.: 0961-966661 – Fax: 0961-966007 </w:t>
                            </w:r>
                          </w:p>
                          <w:p w14:paraId="17D2F0B9" w14:textId="77777777" w:rsidR="00265A76" w:rsidRDefault="00265A76" w:rsidP="00265A76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95517F" id="Casella di testo 6" o:spid="_x0000_s1031" type="#_x0000_t202" style="position:absolute;left:0;text-align:left;margin-left:357.6pt;margin-top:69.45pt;width:128.2pt;height:5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" fillcolor="window" stroked="f" strokeweight=".5pt">
                <v:textbox>
                  <w:txbxContent>
                    <w:p w14:paraId="3AB6F49D" w14:textId="77777777" w:rsidR="00265A76" w:rsidRDefault="00265A76" w:rsidP="00265A76">
                      <w:pPr>
                        <w:pStyle w:val="NormaleWeb"/>
                        <w:rPr>
                          <w:rFonts w:ascii="Times" w:hAnsi="Times"/>
                        </w:rPr>
                      </w:pPr>
                      <w:r>
                        <w:rPr>
                          <w:rFonts w:ascii="Times" w:hAnsi="Times"/>
                          <w:sz w:val="20"/>
                          <w:szCs w:val="20"/>
                        </w:rPr>
                        <w:t xml:space="preserve">Ipsceoa                                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>Via Nazionale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br/>
                        <w:t>88070, Botricello (CZ)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br/>
                        <w:t xml:space="preserve">C.M. CZRC01101G - CZRC011511 (adulti) Tel.: 0961-966661 – Fax: 0961-966007 </w:t>
                      </w:r>
                    </w:p>
                    <w:p w14:paraId="17D2F0B9" w14:textId="77777777" w:rsidR="00265A76" w:rsidRDefault="00265A76" w:rsidP="00265A76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  <w:color w:val="282828"/>
          <w:sz w:val="19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642552" wp14:editId="2F6629A5">
                <wp:simplePos x="0" y="0"/>
                <wp:positionH relativeFrom="column">
                  <wp:posOffset>2961640</wp:posOffset>
                </wp:positionH>
                <wp:positionV relativeFrom="paragraph">
                  <wp:posOffset>88900</wp:posOffset>
                </wp:positionV>
                <wp:extent cx="1579880" cy="625475"/>
                <wp:effectExtent l="0" t="0" r="1270" b="3175"/>
                <wp:wrapNone/>
                <wp:docPr id="8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9880" cy="625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3F7C28" w14:textId="77777777" w:rsidR="00265A76" w:rsidRDefault="00265A76" w:rsidP="00265A76">
                            <w:pPr>
                              <w:pStyle w:val="NormaleWeb"/>
                              <w:rPr>
                                <w:rFonts w:ascii="Times" w:hAnsi="Times"/>
                              </w:rPr>
                            </w:pPr>
                            <w:r>
                              <w:rPr>
                                <w:rFonts w:ascii="Times" w:hAnsi="Times"/>
                                <w:sz w:val="20"/>
                                <w:szCs w:val="20"/>
                              </w:rPr>
                              <w:t xml:space="preserve">Liceo Scientifico             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>Via C.Alvaro 17    88054, Sersale (CZ)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br/>
                              <w:t>C.M. CZPS011013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br/>
                              <w:t xml:space="preserve">Tel.: 0961-936806 – Fax: 0961-931365  </w:t>
                            </w:r>
                          </w:p>
                          <w:p w14:paraId="368B0D6F" w14:textId="77777777" w:rsidR="00265A76" w:rsidRDefault="00265A76" w:rsidP="00265A76">
                            <w:pPr>
                              <w:pStyle w:val="NormaleWeb"/>
                            </w:pPr>
                          </w:p>
                          <w:p w14:paraId="0F8F1B64" w14:textId="77777777" w:rsidR="00265A76" w:rsidRDefault="00265A76" w:rsidP="00265A76">
                            <w:pPr>
                              <w:pStyle w:val="NormaleWeb"/>
                            </w:pPr>
                          </w:p>
                          <w:p w14:paraId="001A8A6C" w14:textId="77777777" w:rsidR="00265A76" w:rsidRDefault="00265A76" w:rsidP="00265A76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642552" id="Casella di testo 5" o:spid="_x0000_s1032" type="#_x0000_t202" style="position:absolute;left:0;text-align:left;margin-left:233.2pt;margin-top:7pt;width:124.4pt;height:49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" fillcolor="window" stroked="f" strokeweight=".5pt">
                <v:textbox>
                  <w:txbxContent>
                    <w:p w14:paraId="783F7C28" w14:textId="77777777" w:rsidR="00265A76" w:rsidRDefault="00265A76" w:rsidP="00265A76">
                      <w:pPr>
                        <w:pStyle w:val="NormaleWeb"/>
                        <w:rPr>
                          <w:rFonts w:ascii="Times" w:hAnsi="Times"/>
                        </w:rPr>
                      </w:pPr>
                      <w:r>
                        <w:rPr>
                          <w:rFonts w:ascii="Times" w:hAnsi="Times"/>
                          <w:sz w:val="20"/>
                          <w:szCs w:val="20"/>
                        </w:rPr>
                        <w:t xml:space="preserve">Liceo Scientifico             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>Via C.Alvaro 17    88054, Sersale (CZ)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br/>
                        <w:t>C.M. CZPS011013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br/>
                        <w:t xml:space="preserve">Tel.: 0961-936806 – Fax: 0961-931365  </w:t>
                      </w:r>
                    </w:p>
                    <w:p w14:paraId="368B0D6F" w14:textId="77777777" w:rsidR="00265A76" w:rsidRDefault="00265A76" w:rsidP="00265A76">
                      <w:pPr>
                        <w:pStyle w:val="NormaleWeb"/>
                      </w:pPr>
                    </w:p>
                    <w:p w14:paraId="0F8F1B64" w14:textId="77777777" w:rsidR="00265A76" w:rsidRDefault="00265A76" w:rsidP="00265A76">
                      <w:pPr>
                        <w:pStyle w:val="NormaleWeb"/>
                      </w:pPr>
                    </w:p>
                    <w:p w14:paraId="001A8A6C" w14:textId="77777777" w:rsidR="00265A76" w:rsidRDefault="00265A76" w:rsidP="00265A76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noProof/>
          <w:color w:val="000000"/>
          <w:sz w:val="28"/>
          <w:szCs w:val="28"/>
        </w:rPr>
        <w:drawing>
          <wp:inline distT="0" distB="0" distL="0" distR="0" wp14:anchorId="66EB9DA3" wp14:editId="19D52670">
            <wp:extent cx="1280160" cy="1470660"/>
            <wp:effectExtent l="0" t="0" r="0" b="0"/>
            <wp:docPr id="126105864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54A9B" w14:textId="1F0B7AE3" w:rsidR="00265A76" w:rsidRDefault="00265A76">
      <w:pPr>
        <w:spacing w:before="200" w:after="240"/>
        <w:jc w:val="center"/>
        <w:rPr>
          <w:b/>
          <w:color w:val="003366"/>
          <w:sz w:val="28"/>
        </w:rPr>
      </w:pPr>
    </w:p>
    <w:p w14:paraId="41987CA1" w14:textId="066A5CBD" w:rsidR="00ED45C4" w:rsidRPr="00265A76" w:rsidRDefault="00000000">
      <w:pPr>
        <w:spacing w:before="200" w:after="240"/>
        <w:jc w:val="center"/>
        <w:rPr>
          <w:lang w:val="it-IT"/>
        </w:rPr>
      </w:pPr>
      <w:r w:rsidRPr="00265A76">
        <w:rPr>
          <w:b/>
          <w:color w:val="003366"/>
          <w:sz w:val="32"/>
          <w:lang w:val="it-IT"/>
        </w:rPr>
        <w:t>DOCUMENTO PROGRAMMATICO DI CLASSE</w:t>
      </w:r>
      <w:r w:rsidR="00265A76">
        <w:rPr>
          <w:b/>
          <w:color w:val="003366"/>
          <w:sz w:val="32"/>
          <w:lang w:val="it-IT"/>
        </w:rPr>
        <w:t xml:space="preserve"> LICEO SCIENTIFICO</w:t>
      </w:r>
      <w:r w:rsidRPr="00265A76">
        <w:rPr>
          <w:b/>
          <w:color w:val="003366"/>
          <w:sz w:val="32"/>
          <w:lang w:val="it-IT"/>
        </w:rPr>
        <w:br/>
      </w:r>
      <w:r w:rsidRPr="00265A76">
        <w:rPr>
          <w:b/>
          <w:color w:val="708090"/>
          <w:sz w:val="24"/>
          <w:lang w:val="it-IT"/>
        </w:rPr>
        <w:t>Anno Scolastico 2026/2027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880"/>
        <w:gridCol w:w="2592"/>
        <w:gridCol w:w="2592"/>
      </w:tblGrid>
      <w:tr w:rsidR="00ED45C4" w14:paraId="5933D7D8" w14:textId="77777777">
        <w:trPr>
          <w:jc w:val="center"/>
        </w:trPr>
        <w:tc>
          <w:tcPr>
            <w:tcW w:w="2160" w:type="dxa"/>
            <w:shd w:val="clear" w:color="auto" w:fill="00336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F20BBA" w14:textId="77777777" w:rsidR="00ED45C4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Classe e Sezione:</w:t>
            </w:r>
          </w:p>
        </w:tc>
        <w:tc>
          <w:tcPr>
            <w:tcW w:w="2880" w:type="dxa"/>
            <w:shd w:val="clear" w:color="auto" w:fill="00336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B88CE1" w14:textId="77777777" w:rsidR="00ED45C4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Indirizzo di Studio:</w:t>
            </w:r>
          </w:p>
        </w:tc>
        <w:tc>
          <w:tcPr>
            <w:tcW w:w="2592" w:type="dxa"/>
            <w:shd w:val="clear" w:color="auto" w:fill="00336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0150F4" w14:textId="77777777" w:rsidR="00ED45C4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Coordinatore di Classe:</w:t>
            </w:r>
          </w:p>
        </w:tc>
        <w:tc>
          <w:tcPr>
            <w:tcW w:w="2592" w:type="dxa"/>
            <w:shd w:val="clear" w:color="auto" w:fill="00336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8B89D7" w14:textId="77777777" w:rsidR="00ED45C4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Sede:</w:t>
            </w:r>
          </w:p>
        </w:tc>
      </w:tr>
      <w:tr w:rsidR="00ED45C4" w14:paraId="737ACDEB" w14:textId="77777777">
        <w:trPr>
          <w:jc w:val="center"/>
        </w:trPr>
        <w:tc>
          <w:tcPr>
            <w:tcW w:w="2160" w:type="dxa"/>
            <w:shd w:val="clear" w:color="auto" w:fill="F9F9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EC5209" w14:textId="77777777" w:rsidR="00ED45C4" w:rsidRDefault="00000000">
            <w:pPr>
              <w:jc w:val="center"/>
            </w:pPr>
            <w:r>
              <w:rPr>
                <w:sz w:val="19"/>
              </w:rPr>
              <w:t>Classe: ___ Sez. ___</w:t>
            </w:r>
          </w:p>
        </w:tc>
        <w:tc>
          <w:tcPr>
            <w:tcW w:w="2880" w:type="dxa"/>
            <w:shd w:val="clear" w:color="auto" w:fill="F9F9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13F191" w14:textId="77777777" w:rsidR="00ED45C4" w:rsidRDefault="00000000">
            <w:pPr>
              <w:jc w:val="center"/>
            </w:pPr>
            <w:r>
              <w:rPr>
                <w:sz w:val="19"/>
              </w:rPr>
              <w:t>________________________</w:t>
            </w:r>
          </w:p>
        </w:tc>
        <w:tc>
          <w:tcPr>
            <w:tcW w:w="2592" w:type="dxa"/>
            <w:shd w:val="clear" w:color="auto" w:fill="F9F9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2740C3" w14:textId="77777777" w:rsidR="00ED45C4" w:rsidRDefault="00000000">
            <w:pPr>
              <w:jc w:val="center"/>
            </w:pPr>
            <w:r>
              <w:rPr>
                <w:sz w:val="19"/>
              </w:rPr>
              <w:t>Prof. / Prof.ssa ____________</w:t>
            </w:r>
          </w:p>
        </w:tc>
        <w:tc>
          <w:tcPr>
            <w:tcW w:w="2592" w:type="dxa"/>
            <w:shd w:val="clear" w:color="auto" w:fill="F9F9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EC40B3" w14:textId="77777777" w:rsidR="00ED45C4" w:rsidRDefault="00000000">
            <w:pPr>
              <w:jc w:val="center"/>
            </w:pPr>
            <w:r>
              <w:rPr>
                <w:sz w:val="19"/>
              </w:rPr>
              <w:t>Sede di ________________</w:t>
            </w:r>
          </w:p>
        </w:tc>
      </w:tr>
    </w:tbl>
    <w:p w14:paraId="493AA7BB" w14:textId="77777777" w:rsidR="00ED45C4" w:rsidRDefault="00ED45C4">
      <w:pPr>
        <w:spacing w:after="160"/>
      </w:pPr>
    </w:p>
    <w:p w14:paraId="6A419868" w14:textId="1D493B4E" w:rsidR="00ED45C4" w:rsidRPr="00265A76" w:rsidRDefault="00000000">
      <w:pPr>
        <w:pStyle w:val="Titolo1"/>
        <w:spacing w:before="280" w:after="120"/>
        <w:rPr>
          <w:lang w:val="it-IT"/>
        </w:rPr>
      </w:pPr>
      <w:r w:rsidRPr="00265A76">
        <w:rPr>
          <w:color w:val="003366"/>
          <w:lang w:val="it-IT"/>
        </w:rPr>
        <w:t>1. Composizione del Consiglio di Classe</w:t>
      </w:r>
    </w:p>
    <w:p w14:paraId="7180C810" w14:textId="77777777" w:rsidR="00ED45C4" w:rsidRPr="00265A76" w:rsidRDefault="00000000">
      <w:pPr>
        <w:spacing w:after="120"/>
        <w:rPr>
          <w:lang w:val="it-IT"/>
        </w:rPr>
      </w:pPr>
      <w:r w:rsidRPr="00265A76">
        <w:rPr>
          <w:lang w:val="it-IT"/>
        </w:rPr>
        <w:t>Il Consiglio di Classe si costituisce come organo di programmazione pedagogico-didattica per l'Anno Scolastico 2026/2027, raccordando le discipline lungo i quattro Assi Culturali e definendo la struttura organizzativa dei docenti tutor e delle figure di supporto (FSL).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3168"/>
        <w:gridCol w:w="2592"/>
        <w:gridCol w:w="1152"/>
      </w:tblGrid>
      <w:tr w:rsidR="00ED45C4" w14:paraId="202BCBCA" w14:textId="77777777">
        <w:trPr>
          <w:jc w:val="center"/>
        </w:trPr>
        <w:tc>
          <w:tcPr>
            <w:tcW w:w="3600" w:type="dxa"/>
            <w:shd w:val="clear" w:color="auto" w:fill="00336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87F86F" w14:textId="77777777" w:rsidR="00ED45C4" w:rsidRDefault="00000000">
            <w:r>
              <w:rPr>
                <w:b/>
                <w:color w:val="FFFFFF"/>
                <w:sz w:val="19"/>
              </w:rPr>
              <w:t>Asse Culturale di Riferimento</w:t>
            </w:r>
          </w:p>
        </w:tc>
        <w:tc>
          <w:tcPr>
            <w:tcW w:w="3168" w:type="dxa"/>
            <w:shd w:val="clear" w:color="auto" w:fill="00336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52A673" w14:textId="77777777" w:rsidR="00ED45C4" w:rsidRDefault="00000000">
            <w:r>
              <w:rPr>
                <w:b/>
                <w:color w:val="FFFFFF"/>
                <w:sz w:val="19"/>
              </w:rPr>
              <w:t>Disciplina / Materia</w:t>
            </w:r>
          </w:p>
        </w:tc>
        <w:tc>
          <w:tcPr>
            <w:tcW w:w="2592" w:type="dxa"/>
            <w:shd w:val="clear" w:color="auto" w:fill="00336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C84173" w14:textId="77777777" w:rsidR="00ED45C4" w:rsidRDefault="00000000">
            <w:r>
              <w:rPr>
                <w:b/>
                <w:color w:val="FFFFFF"/>
                <w:sz w:val="19"/>
              </w:rPr>
              <w:t>Docente Titolare</w:t>
            </w:r>
          </w:p>
        </w:tc>
        <w:tc>
          <w:tcPr>
            <w:tcW w:w="1152" w:type="dxa"/>
            <w:shd w:val="clear" w:color="auto" w:fill="00336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83B10B" w14:textId="77777777" w:rsidR="00ED45C4" w:rsidRDefault="00000000">
            <w:r>
              <w:rPr>
                <w:b/>
                <w:color w:val="FFFFFF"/>
                <w:sz w:val="19"/>
              </w:rPr>
              <w:t>Ore W.</w:t>
            </w:r>
          </w:p>
        </w:tc>
      </w:tr>
      <w:tr w:rsidR="00ED45C4" w14:paraId="6A32166E" w14:textId="77777777">
        <w:trPr>
          <w:jc w:val="center"/>
        </w:trPr>
        <w:tc>
          <w:tcPr>
            <w:tcW w:w="360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35C139" w14:textId="77777777" w:rsidR="00ED45C4" w:rsidRDefault="00000000">
            <w:r>
              <w:rPr>
                <w:sz w:val="18"/>
              </w:rPr>
              <w:t>Asse dei Linguaggi</w:t>
            </w:r>
          </w:p>
        </w:tc>
        <w:tc>
          <w:tcPr>
            <w:tcW w:w="3168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42946D" w14:textId="77777777" w:rsidR="00ED45C4" w:rsidRDefault="00000000">
            <w:r>
              <w:rPr>
                <w:sz w:val="18"/>
              </w:rPr>
              <w:t>Lingua e Letteratura Italiana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4508F1" w14:textId="77777777" w:rsidR="00ED45C4" w:rsidRDefault="00000000">
            <w:r>
              <w:rPr>
                <w:sz w:val="18"/>
              </w:rPr>
              <w:t>Prof. / Prof.ssa __________________</w:t>
            </w:r>
          </w:p>
        </w:tc>
        <w:tc>
          <w:tcPr>
            <w:tcW w:w="115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74DC3E" w14:textId="77777777" w:rsidR="00ED45C4" w:rsidRDefault="00000000">
            <w:pPr>
              <w:jc w:val="center"/>
            </w:pPr>
            <w:r>
              <w:rPr>
                <w:sz w:val="18"/>
              </w:rPr>
              <w:t>__ h</w:t>
            </w:r>
          </w:p>
        </w:tc>
      </w:tr>
      <w:tr w:rsidR="00ED45C4" w14:paraId="164A9287" w14:textId="77777777">
        <w:trPr>
          <w:jc w:val="center"/>
        </w:trPr>
        <w:tc>
          <w:tcPr>
            <w:tcW w:w="3600" w:type="dxa"/>
            <w:shd w:val="clear" w:color="auto" w:fill="F9F9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9366FC" w14:textId="77777777" w:rsidR="00ED45C4" w:rsidRDefault="00000000">
            <w:r>
              <w:rPr>
                <w:sz w:val="18"/>
              </w:rPr>
              <w:t>Asse dei Linguaggi</w:t>
            </w:r>
          </w:p>
        </w:tc>
        <w:tc>
          <w:tcPr>
            <w:tcW w:w="3168" w:type="dxa"/>
            <w:shd w:val="clear" w:color="auto" w:fill="F9F9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E2900A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Lingua e Cultura Straniera (Inglese)</w:t>
            </w:r>
          </w:p>
        </w:tc>
        <w:tc>
          <w:tcPr>
            <w:tcW w:w="2592" w:type="dxa"/>
            <w:shd w:val="clear" w:color="auto" w:fill="F9F9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BC95D7" w14:textId="77777777" w:rsidR="00ED45C4" w:rsidRDefault="00000000">
            <w:r>
              <w:rPr>
                <w:sz w:val="18"/>
              </w:rPr>
              <w:t>Prof. / Prof.ssa __________________</w:t>
            </w:r>
          </w:p>
        </w:tc>
        <w:tc>
          <w:tcPr>
            <w:tcW w:w="1152" w:type="dxa"/>
            <w:shd w:val="clear" w:color="auto" w:fill="F9F9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CD3A84" w14:textId="77777777" w:rsidR="00ED45C4" w:rsidRDefault="00000000">
            <w:pPr>
              <w:jc w:val="center"/>
            </w:pPr>
            <w:r>
              <w:rPr>
                <w:sz w:val="18"/>
              </w:rPr>
              <w:t>__ h</w:t>
            </w:r>
          </w:p>
        </w:tc>
      </w:tr>
      <w:tr w:rsidR="00ED45C4" w14:paraId="7EAF9FB9" w14:textId="77777777">
        <w:trPr>
          <w:jc w:val="center"/>
        </w:trPr>
        <w:tc>
          <w:tcPr>
            <w:tcW w:w="360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E3FDD7" w14:textId="77777777" w:rsidR="00ED45C4" w:rsidRDefault="00000000">
            <w:r>
              <w:rPr>
                <w:sz w:val="18"/>
              </w:rPr>
              <w:t>Asse Matematico</w:t>
            </w:r>
          </w:p>
        </w:tc>
        <w:tc>
          <w:tcPr>
            <w:tcW w:w="3168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8E05CF" w14:textId="77777777" w:rsidR="00ED45C4" w:rsidRDefault="00000000">
            <w:r>
              <w:rPr>
                <w:sz w:val="18"/>
              </w:rPr>
              <w:t>Matematica / Matematica ed Informatica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81B4D6" w14:textId="77777777" w:rsidR="00ED45C4" w:rsidRDefault="00000000">
            <w:r>
              <w:rPr>
                <w:sz w:val="18"/>
              </w:rPr>
              <w:t>Prof. / Prof.ssa __________________</w:t>
            </w:r>
          </w:p>
        </w:tc>
        <w:tc>
          <w:tcPr>
            <w:tcW w:w="115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033908" w14:textId="77777777" w:rsidR="00ED45C4" w:rsidRDefault="00000000">
            <w:pPr>
              <w:jc w:val="center"/>
            </w:pPr>
            <w:r>
              <w:rPr>
                <w:sz w:val="18"/>
              </w:rPr>
              <w:t>__ h</w:t>
            </w:r>
          </w:p>
        </w:tc>
      </w:tr>
      <w:tr w:rsidR="00ED45C4" w14:paraId="01D1EF4F" w14:textId="77777777">
        <w:trPr>
          <w:jc w:val="center"/>
        </w:trPr>
        <w:tc>
          <w:tcPr>
            <w:tcW w:w="3600" w:type="dxa"/>
            <w:shd w:val="clear" w:color="auto" w:fill="F9F9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8F88C6" w14:textId="77777777" w:rsidR="00ED45C4" w:rsidRDefault="00000000">
            <w:r>
              <w:rPr>
                <w:sz w:val="18"/>
              </w:rPr>
              <w:lastRenderedPageBreak/>
              <w:t>Asse Matematico / Scientifico</w:t>
            </w:r>
          </w:p>
        </w:tc>
        <w:tc>
          <w:tcPr>
            <w:tcW w:w="3168" w:type="dxa"/>
            <w:shd w:val="clear" w:color="auto" w:fill="F9F9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7EE47A" w14:textId="77777777" w:rsidR="00ED45C4" w:rsidRDefault="00000000">
            <w:r>
              <w:rPr>
                <w:sz w:val="18"/>
              </w:rPr>
              <w:t>Fisica</w:t>
            </w:r>
          </w:p>
        </w:tc>
        <w:tc>
          <w:tcPr>
            <w:tcW w:w="2592" w:type="dxa"/>
            <w:shd w:val="clear" w:color="auto" w:fill="F9F9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100046" w14:textId="77777777" w:rsidR="00ED45C4" w:rsidRDefault="00000000">
            <w:r>
              <w:rPr>
                <w:sz w:val="18"/>
              </w:rPr>
              <w:t>Prof. / Prof.ssa __________________</w:t>
            </w:r>
          </w:p>
        </w:tc>
        <w:tc>
          <w:tcPr>
            <w:tcW w:w="1152" w:type="dxa"/>
            <w:shd w:val="clear" w:color="auto" w:fill="F9F9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E7631D" w14:textId="77777777" w:rsidR="00ED45C4" w:rsidRDefault="00000000">
            <w:pPr>
              <w:jc w:val="center"/>
            </w:pPr>
            <w:r>
              <w:rPr>
                <w:sz w:val="18"/>
              </w:rPr>
              <w:t>__ h</w:t>
            </w:r>
          </w:p>
        </w:tc>
      </w:tr>
      <w:tr w:rsidR="00ED45C4" w14:paraId="1AE2D5AA" w14:textId="77777777">
        <w:trPr>
          <w:jc w:val="center"/>
        </w:trPr>
        <w:tc>
          <w:tcPr>
            <w:tcW w:w="360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D65DC6" w14:textId="77777777" w:rsidR="00ED45C4" w:rsidRDefault="00000000">
            <w:r>
              <w:rPr>
                <w:sz w:val="18"/>
              </w:rPr>
              <w:t>Asse Scientifico - Tecnologico</w:t>
            </w:r>
          </w:p>
        </w:tc>
        <w:tc>
          <w:tcPr>
            <w:tcW w:w="3168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D86EFB" w14:textId="77777777" w:rsidR="00ED45C4" w:rsidRDefault="00000000">
            <w:r>
              <w:rPr>
                <w:sz w:val="18"/>
              </w:rPr>
              <w:t>Scienze Naturali / Discipline d'Indirizzo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2687B3" w14:textId="77777777" w:rsidR="00ED45C4" w:rsidRDefault="00000000">
            <w:r>
              <w:rPr>
                <w:sz w:val="18"/>
              </w:rPr>
              <w:t>Prof. / Prof.ssa __________________</w:t>
            </w:r>
          </w:p>
        </w:tc>
        <w:tc>
          <w:tcPr>
            <w:tcW w:w="115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30A2D0" w14:textId="77777777" w:rsidR="00ED45C4" w:rsidRDefault="00000000">
            <w:pPr>
              <w:jc w:val="center"/>
            </w:pPr>
            <w:r>
              <w:rPr>
                <w:sz w:val="18"/>
              </w:rPr>
              <w:t>__ h</w:t>
            </w:r>
          </w:p>
        </w:tc>
      </w:tr>
      <w:tr w:rsidR="00ED45C4" w14:paraId="18887187" w14:textId="77777777">
        <w:trPr>
          <w:jc w:val="center"/>
        </w:trPr>
        <w:tc>
          <w:tcPr>
            <w:tcW w:w="3600" w:type="dxa"/>
            <w:shd w:val="clear" w:color="auto" w:fill="F9F9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2B94E8" w14:textId="77777777" w:rsidR="00ED45C4" w:rsidRDefault="00000000">
            <w:r>
              <w:rPr>
                <w:sz w:val="18"/>
              </w:rPr>
              <w:t>Asse Storico - Sociale</w:t>
            </w:r>
          </w:p>
        </w:tc>
        <w:tc>
          <w:tcPr>
            <w:tcW w:w="3168" w:type="dxa"/>
            <w:shd w:val="clear" w:color="auto" w:fill="F9F9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FC39F6" w14:textId="77777777" w:rsidR="00ED45C4" w:rsidRDefault="00000000">
            <w:r>
              <w:rPr>
                <w:sz w:val="18"/>
              </w:rPr>
              <w:t>Storia e Geografia / Filosofia</w:t>
            </w:r>
          </w:p>
        </w:tc>
        <w:tc>
          <w:tcPr>
            <w:tcW w:w="2592" w:type="dxa"/>
            <w:shd w:val="clear" w:color="auto" w:fill="F9F9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485640" w14:textId="77777777" w:rsidR="00ED45C4" w:rsidRDefault="00000000">
            <w:r>
              <w:rPr>
                <w:sz w:val="18"/>
              </w:rPr>
              <w:t>Prof. / Prof.ssa __________________</w:t>
            </w:r>
          </w:p>
        </w:tc>
        <w:tc>
          <w:tcPr>
            <w:tcW w:w="1152" w:type="dxa"/>
            <w:shd w:val="clear" w:color="auto" w:fill="F9F9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21C4D1" w14:textId="77777777" w:rsidR="00ED45C4" w:rsidRDefault="00000000">
            <w:pPr>
              <w:jc w:val="center"/>
            </w:pPr>
            <w:r>
              <w:rPr>
                <w:sz w:val="18"/>
              </w:rPr>
              <w:t>__ h</w:t>
            </w:r>
          </w:p>
        </w:tc>
      </w:tr>
      <w:tr w:rsidR="00ED45C4" w14:paraId="1BD47E49" w14:textId="77777777">
        <w:trPr>
          <w:jc w:val="center"/>
        </w:trPr>
        <w:tc>
          <w:tcPr>
            <w:tcW w:w="360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77F53A" w14:textId="77777777" w:rsidR="00ED45C4" w:rsidRDefault="00000000">
            <w:r>
              <w:rPr>
                <w:sz w:val="18"/>
              </w:rPr>
              <w:t>Asse Tecnologico / Espressivo</w:t>
            </w:r>
          </w:p>
        </w:tc>
        <w:tc>
          <w:tcPr>
            <w:tcW w:w="3168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0779DB" w14:textId="77777777" w:rsidR="00ED45C4" w:rsidRDefault="00000000">
            <w:r w:rsidRPr="00265A76">
              <w:rPr>
                <w:sz w:val="18"/>
                <w:lang w:val="it-IT"/>
              </w:rPr>
              <w:t xml:space="preserve">Disegno e Storia dell'Arte / Lab. </w:t>
            </w:r>
            <w:r>
              <w:rPr>
                <w:sz w:val="18"/>
              </w:rPr>
              <w:t>Spec.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DA7A7D" w14:textId="77777777" w:rsidR="00ED45C4" w:rsidRDefault="00000000">
            <w:r>
              <w:rPr>
                <w:sz w:val="18"/>
              </w:rPr>
              <w:t>Prof. / Prof.ssa __________________</w:t>
            </w:r>
          </w:p>
        </w:tc>
        <w:tc>
          <w:tcPr>
            <w:tcW w:w="115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99BC2A" w14:textId="77777777" w:rsidR="00ED45C4" w:rsidRDefault="00000000">
            <w:pPr>
              <w:jc w:val="center"/>
            </w:pPr>
            <w:r>
              <w:rPr>
                <w:sz w:val="18"/>
              </w:rPr>
              <w:t>__ h</w:t>
            </w:r>
          </w:p>
        </w:tc>
      </w:tr>
      <w:tr w:rsidR="00ED45C4" w14:paraId="226304B0" w14:textId="77777777">
        <w:trPr>
          <w:jc w:val="center"/>
        </w:trPr>
        <w:tc>
          <w:tcPr>
            <w:tcW w:w="3600" w:type="dxa"/>
            <w:shd w:val="clear" w:color="auto" w:fill="F9F9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FD86FE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Asse del Benessere e Salute</w:t>
            </w:r>
          </w:p>
        </w:tc>
        <w:tc>
          <w:tcPr>
            <w:tcW w:w="3168" w:type="dxa"/>
            <w:shd w:val="clear" w:color="auto" w:fill="F9F9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309B43" w14:textId="77777777" w:rsidR="00ED45C4" w:rsidRDefault="00000000">
            <w:r>
              <w:rPr>
                <w:sz w:val="18"/>
              </w:rPr>
              <w:t>Scienze Motorie e Sportive</w:t>
            </w:r>
          </w:p>
        </w:tc>
        <w:tc>
          <w:tcPr>
            <w:tcW w:w="2592" w:type="dxa"/>
            <w:shd w:val="clear" w:color="auto" w:fill="F9F9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C11CC8" w14:textId="77777777" w:rsidR="00ED45C4" w:rsidRDefault="00000000">
            <w:r>
              <w:rPr>
                <w:sz w:val="18"/>
              </w:rPr>
              <w:t>Prof. / Prof.ssa __________________</w:t>
            </w:r>
          </w:p>
        </w:tc>
        <w:tc>
          <w:tcPr>
            <w:tcW w:w="1152" w:type="dxa"/>
            <w:shd w:val="clear" w:color="auto" w:fill="F9F9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79C40D" w14:textId="77777777" w:rsidR="00ED45C4" w:rsidRDefault="00000000">
            <w:pPr>
              <w:jc w:val="center"/>
            </w:pPr>
            <w:r>
              <w:rPr>
                <w:sz w:val="18"/>
              </w:rPr>
              <w:t>__ h</w:t>
            </w:r>
          </w:p>
        </w:tc>
      </w:tr>
      <w:tr w:rsidR="00ED45C4" w14:paraId="5A27E074" w14:textId="77777777">
        <w:trPr>
          <w:jc w:val="center"/>
        </w:trPr>
        <w:tc>
          <w:tcPr>
            <w:tcW w:w="360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B795E0" w14:textId="77777777" w:rsidR="00ED45C4" w:rsidRDefault="00000000">
            <w:r>
              <w:rPr>
                <w:sz w:val="18"/>
              </w:rPr>
              <w:t>Asse Trasversale</w:t>
            </w:r>
          </w:p>
        </w:tc>
        <w:tc>
          <w:tcPr>
            <w:tcW w:w="3168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FD8638" w14:textId="77777777" w:rsidR="00ED45C4" w:rsidRDefault="00000000">
            <w:r>
              <w:rPr>
                <w:sz w:val="18"/>
              </w:rPr>
              <w:t>Religione Cattolica / Attività Alternativa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12F601" w14:textId="77777777" w:rsidR="00ED45C4" w:rsidRDefault="00000000">
            <w:r>
              <w:rPr>
                <w:sz w:val="18"/>
              </w:rPr>
              <w:t>Prof. / Prof.ssa __________________</w:t>
            </w:r>
          </w:p>
        </w:tc>
        <w:tc>
          <w:tcPr>
            <w:tcW w:w="115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7427CE" w14:textId="77777777" w:rsidR="00ED45C4" w:rsidRDefault="00000000">
            <w:pPr>
              <w:jc w:val="center"/>
            </w:pPr>
            <w:r>
              <w:rPr>
                <w:sz w:val="18"/>
              </w:rPr>
              <w:t>__ h</w:t>
            </w:r>
          </w:p>
        </w:tc>
      </w:tr>
    </w:tbl>
    <w:p w14:paraId="46DA9B15" w14:textId="77777777" w:rsidR="00ED45C4" w:rsidRDefault="00ED45C4">
      <w:pPr>
        <w:spacing w:after="120"/>
      </w:pPr>
      <w:bookmarkStart w:id="0" w:name="_Hlk241568489"/>
    </w:p>
    <w:p w14:paraId="4B7C3F68" w14:textId="77777777" w:rsidR="00ED45C4" w:rsidRPr="00265A76" w:rsidRDefault="00000000">
      <w:pPr>
        <w:pStyle w:val="Titolo2"/>
        <w:spacing w:before="160" w:after="80"/>
        <w:rPr>
          <w:lang w:val="it-IT"/>
        </w:rPr>
      </w:pPr>
      <w:r w:rsidRPr="00265A76">
        <w:rPr>
          <w:color w:val="004687"/>
          <w:lang w:val="it-IT"/>
        </w:rPr>
        <w:t>Docenti Tutor per l'Orientamento, Docente Orientatore e Figure di Supporto (FSL)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4032"/>
        <w:gridCol w:w="2592"/>
      </w:tblGrid>
      <w:tr w:rsidR="00ED45C4" w14:paraId="5B198D7F" w14:textId="77777777">
        <w:trPr>
          <w:jc w:val="center"/>
        </w:trPr>
        <w:tc>
          <w:tcPr>
            <w:tcW w:w="3600" w:type="dxa"/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995D42" w14:textId="77777777" w:rsidR="00ED45C4" w:rsidRDefault="00000000">
            <w:r>
              <w:rPr>
                <w:b/>
                <w:color w:val="FFFFFF"/>
                <w:sz w:val="19"/>
              </w:rPr>
              <w:t>Ruolo / Incarico</w:t>
            </w:r>
          </w:p>
        </w:tc>
        <w:tc>
          <w:tcPr>
            <w:tcW w:w="4032" w:type="dxa"/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9B9D12" w14:textId="77777777" w:rsidR="00ED45C4" w:rsidRDefault="00000000">
            <w:r>
              <w:rPr>
                <w:b/>
                <w:color w:val="FFFFFF"/>
                <w:sz w:val="19"/>
              </w:rPr>
              <w:t>Docente Designato</w:t>
            </w:r>
          </w:p>
        </w:tc>
        <w:tc>
          <w:tcPr>
            <w:tcW w:w="2592" w:type="dxa"/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E58B31" w14:textId="77777777" w:rsidR="00ED45C4" w:rsidRDefault="00000000">
            <w:r>
              <w:rPr>
                <w:b/>
                <w:color w:val="FFFFFF"/>
                <w:sz w:val="19"/>
              </w:rPr>
              <w:t>Focus Operativo / Ambito</w:t>
            </w:r>
          </w:p>
        </w:tc>
      </w:tr>
      <w:tr w:rsidR="00ED45C4" w:rsidRPr="002A347C" w14:paraId="7834F087" w14:textId="77777777">
        <w:trPr>
          <w:jc w:val="center"/>
        </w:trPr>
        <w:tc>
          <w:tcPr>
            <w:tcW w:w="360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5631E6" w14:textId="77777777" w:rsidR="00ED45C4" w:rsidRDefault="00000000">
            <w:r>
              <w:rPr>
                <w:sz w:val="18"/>
              </w:rPr>
              <w:t>Docente Tutor per l'Orientamento</w:t>
            </w:r>
          </w:p>
        </w:tc>
        <w:tc>
          <w:tcPr>
            <w:tcW w:w="403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C552EB" w14:textId="77777777" w:rsidR="00ED45C4" w:rsidRDefault="00000000">
            <w:r>
              <w:rPr>
                <w:sz w:val="18"/>
              </w:rPr>
              <w:t>Prof. / Prof.ssa __________________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0ADFB4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Monitoraggio E-Portfolio Unica (30h)</w:t>
            </w:r>
          </w:p>
        </w:tc>
      </w:tr>
      <w:tr w:rsidR="00ED45C4" w:rsidRPr="002A347C" w14:paraId="7DEF46AD" w14:textId="77777777">
        <w:trPr>
          <w:jc w:val="center"/>
        </w:trPr>
        <w:tc>
          <w:tcPr>
            <w:tcW w:w="360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FC59DD" w14:textId="77777777" w:rsidR="00ED45C4" w:rsidRDefault="00000000">
            <w:r>
              <w:rPr>
                <w:sz w:val="18"/>
              </w:rPr>
              <w:t>Docente Orientatore d'Istituto</w:t>
            </w:r>
          </w:p>
        </w:tc>
        <w:tc>
          <w:tcPr>
            <w:tcW w:w="403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103FA3" w14:textId="77777777" w:rsidR="00ED45C4" w:rsidRDefault="00000000">
            <w:r>
              <w:rPr>
                <w:sz w:val="18"/>
              </w:rPr>
              <w:t>Prof. / Prof.ssa __________________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662D94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Coordinamento PCTO e Raccordo Post-Diploma</w:t>
            </w:r>
          </w:p>
        </w:tc>
      </w:tr>
      <w:tr w:rsidR="00ED45C4" w:rsidRPr="002A347C" w14:paraId="341D7492" w14:textId="77777777">
        <w:trPr>
          <w:jc w:val="center"/>
        </w:trPr>
        <w:tc>
          <w:tcPr>
            <w:tcW w:w="360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7758BA" w14:textId="77777777" w:rsidR="00ED45C4" w:rsidRDefault="00000000">
            <w:r>
              <w:rPr>
                <w:sz w:val="18"/>
              </w:rPr>
              <w:t>Funzioni Strumentali (FSL) &amp; Supporto</w:t>
            </w:r>
          </w:p>
        </w:tc>
        <w:tc>
          <w:tcPr>
            <w:tcW w:w="403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93B768" w14:textId="77777777" w:rsidR="00ED45C4" w:rsidRDefault="00000000">
            <w:r>
              <w:rPr>
                <w:sz w:val="18"/>
              </w:rPr>
              <w:t>Prof. / Prof.ssa __________________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EFD079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Inclusione (BES/DSA) / PTOF e Progetti</w:t>
            </w:r>
          </w:p>
        </w:tc>
      </w:tr>
      <w:bookmarkEnd w:id="0"/>
    </w:tbl>
    <w:p w14:paraId="690DD656" w14:textId="77777777" w:rsidR="00ED45C4" w:rsidRDefault="00ED45C4">
      <w:pPr>
        <w:rPr>
          <w:lang w:val="it-IT"/>
        </w:rPr>
      </w:pPr>
    </w:p>
    <w:p w14:paraId="4C228800" w14:textId="77777777" w:rsidR="004162A8" w:rsidRPr="00265A76" w:rsidRDefault="004162A8">
      <w:pPr>
        <w:rPr>
          <w:lang w:val="it-IT"/>
        </w:rPr>
      </w:pPr>
    </w:p>
    <w:p w14:paraId="52E47E27" w14:textId="77777777" w:rsidR="00ED45C4" w:rsidRDefault="00000000">
      <w:pPr>
        <w:pStyle w:val="Titolo1"/>
        <w:spacing w:before="280" w:after="120"/>
        <w:rPr>
          <w:color w:val="003366"/>
          <w:lang w:val="it-IT"/>
        </w:rPr>
      </w:pPr>
      <w:r w:rsidRPr="00265A76">
        <w:rPr>
          <w:color w:val="003366"/>
          <w:lang w:val="it-IT"/>
        </w:rPr>
        <w:t>2. Profilo della Classe e Presentazione Analitica</w:t>
      </w:r>
    </w:p>
    <w:p w14:paraId="2C0BFCAA" w14:textId="77777777" w:rsidR="00265A76" w:rsidRPr="00265A76" w:rsidRDefault="00265A76" w:rsidP="00DE6A06">
      <w:pPr>
        <w:jc w:val="both"/>
        <w:rPr>
          <w:color w:val="244061" w:themeColor="accent1" w:themeShade="80"/>
          <w:lang w:val="it-IT"/>
        </w:rPr>
      </w:pPr>
      <w:r w:rsidRPr="00265A76">
        <w:rPr>
          <w:b/>
          <w:bCs/>
          <w:i/>
          <w:iCs/>
          <w:color w:val="244061" w:themeColor="accent1" w:themeShade="80"/>
          <w:lang w:val="it-IT"/>
        </w:rPr>
        <w:t>COMPONENTI CLASSE (ALUNNI) -</w:t>
      </w:r>
    </w:p>
    <w:tbl>
      <w:tblPr>
        <w:tblW w:w="10490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104"/>
        <w:gridCol w:w="5386"/>
      </w:tblGrid>
      <w:tr w:rsidR="00265A76" w:rsidRPr="00265A76" w14:paraId="38578317" w14:textId="77777777" w:rsidTr="00265A76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 w:themeFill="accent1" w:themeFillShade="80"/>
            <w:vAlign w:val="center"/>
            <w:hideMark/>
          </w:tcPr>
          <w:p w14:paraId="62E8D076" w14:textId="77777777" w:rsidR="00265A76" w:rsidRPr="00265A76" w:rsidRDefault="00265A76" w:rsidP="00DE6A06">
            <w:pPr>
              <w:jc w:val="both"/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FFFFFF" w:themeColor="background1"/>
                <w:lang w:val="it-IT"/>
              </w:rPr>
              <w:t xml:space="preserve">Nome e Cognome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 w:themeFill="accent1" w:themeFillShade="80"/>
            <w:vAlign w:val="center"/>
            <w:hideMark/>
          </w:tcPr>
          <w:p w14:paraId="18921C61" w14:textId="77777777" w:rsidR="00265A76" w:rsidRPr="00265A76" w:rsidRDefault="00265A76" w:rsidP="00DE6A06">
            <w:pPr>
              <w:jc w:val="both"/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FFFFFF" w:themeColor="background1"/>
                <w:lang w:val="it-IT"/>
              </w:rPr>
              <w:t>Proveniente da:</w:t>
            </w:r>
          </w:p>
        </w:tc>
      </w:tr>
      <w:tr w:rsidR="00265A76" w:rsidRPr="00265A76" w14:paraId="2574868D" w14:textId="77777777" w:rsidTr="00265A76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CD8A2" w14:textId="77777777" w:rsidR="00265A76" w:rsidRPr="00265A76" w:rsidRDefault="00265A76" w:rsidP="00DE6A06">
            <w:pPr>
              <w:jc w:val="both"/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 xml:space="preserve">1 </w:t>
            </w:r>
          </w:p>
        </w:tc>
        <w:tc>
          <w:tcPr>
            <w:tcW w:w="5386" w:type="dxa"/>
            <w:vAlign w:val="center"/>
            <w:hideMark/>
          </w:tcPr>
          <w:p w14:paraId="6F1F7911" w14:textId="77777777" w:rsidR="00265A76" w:rsidRPr="00265A76" w:rsidRDefault="00265A76" w:rsidP="00DE6A06">
            <w:pPr>
              <w:jc w:val="both"/>
              <w:rPr>
                <w:lang w:val="it-IT"/>
              </w:rPr>
            </w:pPr>
          </w:p>
        </w:tc>
      </w:tr>
      <w:tr w:rsidR="00265A76" w:rsidRPr="00265A76" w14:paraId="290C287D" w14:textId="77777777" w:rsidTr="00265A76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A8EFE" w14:textId="77777777" w:rsidR="00265A76" w:rsidRPr="00265A76" w:rsidRDefault="00265A76" w:rsidP="00DE6A06">
            <w:pPr>
              <w:jc w:val="both"/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 xml:space="preserve">2 </w:t>
            </w:r>
          </w:p>
        </w:tc>
        <w:tc>
          <w:tcPr>
            <w:tcW w:w="5386" w:type="dxa"/>
            <w:vAlign w:val="center"/>
            <w:hideMark/>
          </w:tcPr>
          <w:p w14:paraId="672C497D" w14:textId="77777777" w:rsidR="00265A76" w:rsidRPr="00265A76" w:rsidRDefault="00265A76" w:rsidP="00DE6A06">
            <w:pPr>
              <w:jc w:val="both"/>
              <w:rPr>
                <w:lang w:val="it-IT"/>
              </w:rPr>
            </w:pPr>
          </w:p>
        </w:tc>
      </w:tr>
      <w:tr w:rsidR="00265A76" w:rsidRPr="00265A76" w14:paraId="6BC041CF" w14:textId="77777777" w:rsidTr="00265A76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A195A" w14:textId="77777777" w:rsidR="00265A76" w:rsidRPr="00265A76" w:rsidRDefault="00265A76" w:rsidP="00DE6A06">
            <w:pPr>
              <w:jc w:val="both"/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>3</w:t>
            </w:r>
          </w:p>
        </w:tc>
        <w:tc>
          <w:tcPr>
            <w:tcW w:w="5386" w:type="dxa"/>
            <w:vAlign w:val="center"/>
            <w:hideMark/>
          </w:tcPr>
          <w:p w14:paraId="312B78A6" w14:textId="77777777" w:rsidR="00265A76" w:rsidRPr="00265A76" w:rsidRDefault="00265A76" w:rsidP="00DE6A06">
            <w:pPr>
              <w:jc w:val="both"/>
              <w:rPr>
                <w:lang w:val="it-IT"/>
              </w:rPr>
            </w:pPr>
          </w:p>
        </w:tc>
      </w:tr>
      <w:tr w:rsidR="00265A76" w:rsidRPr="00265A76" w14:paraId="529E721E" w14:textId="77777777" w:rsidTr="00265A76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9834E" w14:textId="77777777" w:rsidR="00265A76" w:rsidRPr="00265A76" w:rsidRDefault="00265A76" w:rsidP="00DE6A06">
            <w:pPr>
              <w:jc w:val="both"/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lastRenderedPageBreak/>
              <w:t>3)</w:t>
            </w:r>
          </w:p>
        </w:tc>
        <w:tc>
          <w:tcPr>
            <w:tcW w:w="5386" w:type="dxa"/>
            <w:vAlign w:val="center"/>
            <w:hideMark/>
          </w:tcPr>
          <w:p w14:paraId="071F30C4" w14:textId="77777777" w:rsidR="00265A76" w:rsidRPr="00265A76" w:rsidRDefault="00265A76" w:rsidP="00DE6A06">
            <w:pPr>
              <w:jc w:val="both"/>
              <w:rPr>
                <w:lang w:val="it-IT"/>
              </w:rPr>
            </w:pPr>
          </w:p>
        </w:tc>
      </w:tr>
      <w:tr w:rsidR="00265A76" w:rsidRPr="00265A76" w14:paraId="4DE67C30" w14:textId="77777777" w:rsidTr="00265A76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CDB77" w14:textId="77777777" w:rsidR="00265A76" w:rsidRPr="00265A76" w:rsidRDefault="00265A76" w:rsidP="00DE6A06">
            <w:pPr>
              <w:jc w:val="both"/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>4)</w:t>
            </w:r>
          </w:p>
        </w:tc>
        <w:tc>
          <w:tcPr>
            <w:tcW w:w="5386" w:type="dxa"/>
            <w:vAlign w:val="center"/>
            <w:hideMark/>
          </w:tcPr>
          <w:p w14:paraId="6DCC33A7" w14:textId="77777777" w:rsidR="00265A76" w:rsidRPr="00265A76" w:rsidRDefault="00265A76" w:rsidP="00DE6A06">
            <w:pPr>
              <w:jc w:val="both"/>
              <w:rPr>
                <w:lang w:val="it-IT"/>
              </w:rPr>
            </w:pPr>
          </w:p>
        </w:tc>
      </w:tr>
      <w:tr w:rsidR="00265A76" w:rsidRPr="00265A76" w14:paraId="413DB2FE" w14:textId="77777777" w:rsidTr="00265A76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71448" w14:textId="77777777" w:rsidR="00265A76" w:rsidRPr="00265A76" w:rsidRDefault="00265A76" w:rsidP="00DE6A06">
            <w:pPr>
              <w:jc w:val="both"/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>5)</w:t>
            </w:r>
          </w:p>
        </w:tc>
        <w:tc>
          <w:tcPr>
            <w:tcW w:w="5386" w:type="dxa"/>
            <w:vAlign w:val="center"/>
            <w:hideMark/>
          </w:tcPr>
          <w:p w14:paraId="4211D5A3" w14:textId="77777777" w:rsidR="00265A76" w:rsidRPr="00265A76" w:rsidRDefault="00265A76" w:rsidP="00DE6A06">
            <w:pPr>
              <w:jc w:val="both"/>
              <w:rPr>
                <w:lang w:val="it-IT"/>
              </w:rPr>
            </w:pPr>
          </w:p>
        </w:tc>
      </w:tr>
      <w:tr w:rsidR="00265A76" w:rsidRPr="00265A76" w14:paraId="54BC318D" w14:textId="77777777" w:rsidTr="00265A76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89FE0" w14:textId="77777777" w:rsidR="00265A76" w:rsidRPr="00265A76" w:rsidRDefault="00265A76" w:rsidP="00DE6A06">
            <w:pPr>
              <w:jc w:val="both"/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>6)</w:t>
            </w:r>
          </w:p>
        </w:tc>
        <w:tc>
          <w:tcPr>
            <w:tcW w:w="5386" w:type="dxa"/>
            <w:vAlign w:val="center"/>
            <w:hideMark/>
          </w:tcPr>
          <w:p w14:paraId="20EA39E8" w14:textId="77777777" w:rsidR="00265A76" w:rsidRPr="00265A76" w:rsidRDefault="00265A76" w:rsidP="00DE6A06">
            <w:pPr>
              <w:jc w:val="both"/>
              <w:rPr>
                <w:lang w:val="it-IT"/>
              </w:rPr>
            </w:pPr>
          </w:p>
        </w:tc>
      </w:tr>
      <w:tr w:rsidR="00265A76" w:rsidRPr="00265A76" w14:paraId="4FCBB85E" w14:textId="77777777" w:rsidTr="00265A76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5D7DF" w14:textId="77777777" w:rsidR="00265A76" w:rsidRPr="00265A76" w:rsidRDefault="00265A76" w:rsidP="00DE6A06">
            <w:pPr>
              <w:jc w:val="both"/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>7)</w:t>
            </w:r>
          </w:p>
        </w:tc>
        <w:tc>
          <w:tcPr>
            <w:tcW w:w="5386" w:type="dxa"/>
            <w:vAlign w:val="center"/>
            <w:hideMark/>
          </w:tcPr>
          <w:p w14:paraId="0AF76433" w14:textId="77777777" w:rsidR="00265A76" w:rsidRPr="00265A76" w:rsidRDefault="00265A76" w:rsidP="00DE6A06">
            <w:pPr>
              <w:jc w:val="both"/>
              <w:rPr>
                <w:lang w:val="it-IT"/>
              </w:rPr>
            </w:pPr>
          </w:p>
        </w:tc>
      </w:tr>
      <w:tr w:rsidR="00265A76" w:rsidRPr="00265A76" w14:paraId="748B1113" w14:textId="77777777" w:rsidTr="00265A76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CBEB2" w14:textId="77777777" w:rsidR="00265A76" w:rsidRPr="00265A76" w:rsidRDefault="00265A76" w:rsidP="00DE6A06">
            <w:pPr>
              <w:jc w:val="both"/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>8)</w:t>
            </w:r>
          </w:p>
        </w:tc>
        <w:tc>
          <w:tcPr>
            <w:tcW w:w="5386" w:type="dxa"/>
            <w:vAlign w:val="center"/>
            <w:hideMark/>
          </w:tcPr>
          <w:p w14:paraId="47DC969E" w14:textId="77777777" w:rsidR="00265A76" w:rsidRPr="00265A76" w:rsidRDefault="00265A76" w:rsidP="00DE6A06">
            <w:pPr>
              <w:jc w:val="both"/>
              <w:rPr>
                <w:lang w:val="it-IT"/>
              </w:rPr>
            </w:pPr>
          </w:p>
        </w:tc>
      </w:tr>
      <w:tr w:rsidR="00265A76" w:rsidRPr="00265A76" w14:paraId="6F5C7DD3" w14:textId="77777777" w:rsidTr="00265A76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AF267" w14:textId="77777777" w:rsidR="00265A76" w:rsidRPr="00265A76" w:rsidRDefault="00265A76" w:rsidP="00DE6A06">
            <w:pPr>
              <w:jc w:val="both"/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>9)</w:t>
            </w:r>
          </w:p>
        </w:tc>
        <w:tc>
          <w:tcPr>
            <w:tcW w:w="5386" w:type="dxa"/>
            <w:vAlign w:val="center"/>
            <w:hideMark/>
          </w:tcPr>
          <w:p w14:paraId="22D20D7F" w14:textId="77777777" w:rsidR="00265A76" w:rsidRPr="00265A76" w:rsidRDefault="00265A76" w:rsidP="00DE6A06">
            <w:pPr>
              <w:jc w:val="both"/>
              <w:rPr>
                <w:lang w:val="it-IT"/>
              </w:rPr>
            </w:pPr>
          </w:p>
        </w:tc>
      </w:tr>
      <w:tr w:rsidR="00265A76" w:rsidRPr="00265A76" w14:paraId="4D2A937A" w14:textId="77777777" w:rsidTr="00265A76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40CCD" w14:textId="77777777" w:rsidR="00265A76" w:rsidRPr="00265A76" w:rsidRDefault="00265A76" w:rsidP="00DE6A06">
            <w:pPr>
              <w:jc w:val="both"/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>10)</w:t>
            </w:r>
          </w:p>
        </w:tc>
        <w:tc>
          <w:tcPr>
            <w:tcW w:w="5386" w:type="dxa"/>
            <w:vAlign w:val="center"/>
            <w:hideMark/>
          </w:tcPr>
          <w:p w14:paraId="157BE5C6" w14:textId="77777777" w:rsidR="00265A76" w:rsidRPr="00265A76" w:rsidRDefault="00265A76" w:rsidP="00DE6A06">
            <w:pPr>
              <w:jc w:val="both"/>
              <w:rPr>
                <w:lang w:val="it-IT"/>
              </w:rPr>
            </w:pPr>
          </w:p>
        </w:tc>
      </w:tr>
      <w:tr w:rsidR="00265A76" w:rsidRPr="00265A76" w14:paraId="05C42619" w14:textId="77777777" w:rsidTr="00265A76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89226" w14:textId="77777777" w:rsidR="00265A76" w:rsidRPr="00265A76" w:rsidRDefault="00265A76" w:rsidP="00DE6A06">
            <w:pPr>
              <w:jc w:val="both"/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>11)</w:t>
            </w:r>
          </w:p>
        </w:tc>
        <w:tc>
          <w:tcPr>
            <w:tcW w:w="5386" w:type="dxa"/>
            <w:vAlign w:val="center"/>
            <w:hideMark/>
          </w:tcPr>
          <w:p w14:paraId="47BBAC0C" w14:textId="77777777" w:rsidR="00265A76" w:rsidRPr="00265A76" w:rsidRDefault="00265A76" w:rsidP="00DE6A06">
            <w:pPr>
              <w:jc w:val="both"/>
              <w:rPr>
                <w:lang w:val="it-IT"/>
              </w:rPr>
            </w:pPr>
          </w:p>
        </w:tc>
      </w:tr>
      <w:tr w:rsidR="00265A76" w:rsidRPr="00265A76" w14:paraId="6D430923" w14:textId="77777777" w:rsidTr="00265A76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64979" w14:textId="77777777" w:rsidR="00265A76" w:rsidRPr="00265A76" w:rsidRDefault="00265A76" w:rsidP="00DE6A06">
            <w:pPr>
              <w:jc w:val="both"/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>12)</w:t>
            </w:r>
          </w:p>
        </w:tc>
        <w:tc>
          <w:tcPr>
            <w:tcW w:w="5386" w:type="dxa"/>
            <w:vAlign w:val="center"/>
            <w:hideMark/>
          </w:tcPr>
          <w:p w14:paraId="136D903C" w14:textId="77777777" w:rsidR="00265A76" w:rsidRPr="00265A76" w:rsidRDefault="00265A76" w:rsidP="00DE6A06">
            <w:pPr>
              <w:jc w:val="both"/>
              <w:rPr>
                <w:lang w:val="it-IT"/>
              </w:rPr>
            </w:pPr>
          </w:p>
        </w:tc>
      </w:tr>
      <w:tr w:rsidR="00265A76" w:rsidRPr="00265A76" w14:paraId="007CB722" w14:textId="77777777" w:rsidTr="00265A76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27E86" w14:textId="77777777" w:rsidR="00265A76" w:rsidRPr="00265A76" w:rsidRDefault="00265A76" w:rsidP="00DE6A06">
            <w:pPr>
              <w:jc w:val="both"/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>13)</w:t>
            </w:r>
          </w:p>
        </w:tc>
        <w:tc>
          <w:tcPr>
            <w:tcW w:w="5386" w:type="dxa"/>
            <w:vAlign w:val="center"/>
            <w:hideMark/>
          </w:tcPr>
          <w:p w14:paraId="237CA96E" w14:textId="77777777" w:rsidR="00265A76" w:rsidRPr="00265A76" w:rsidRDefault="00265A76" w:rsidP="00DE6A06">
            <w:pPr>
              <w:jc w:val="both"/>
              <w:rPr>
                <w:lang w:val="it-IT"/>
              </w:rPr>
            </w:pPr>
          </w:p>
        </w:tc>
      </w:tr>
      <w:tr w:rsidR="00265A76" w:rsidRPr="00265A76" w14:paraId="3BE8BB22" w14:textId="77777777" w:rsidTr="00265A76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A427B" w14:textId="77777777" w:rsidR="00265A76" w:rsidRPr="00265A76" w:rsidRDefault="00265A76" w:rsidP="00DE6A06">
            <w:pPr>
              <w:jc w:val="both"/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>14)</w:t>
            </w:r>
          </w:p>
        </w:tc>
        <w:tc>
          <w:tcPr>
            <w:tcW w:w="5386" w:type="dxa"/>
            <w:vAlign w:val="center"/>
            <w:hideMark/>
          </w:tcPr>
          <w:p w14:paraId="12254C31" w14:textId="77777777" w:rsidR="00265A76" w:rsidRPr="00265A76" w:rsidRDefault="00265A76" w:rsidP="00DE6A06">
            <w:pPr>
              <w:jc w:val="both"/>
              <w:rPr>
                <w:lang w:val="it-IT"/>
              </w:rPr>
            </w:pPr>
          </w:p>
        </w:tc>
      </w:tr>
      <w:tr w:rsidR="00265A76" w:rsidRPr="00265A76" w14:paraId="61EBFDB8" w14:textId="77777777" w:rsidTr="00265A76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FDE31" w14:textId="77777777" w:rsidR="00265A76" w:rsidRPr="00265A76" w:rsidRDefault="00265A76" w:rsidP="00DE6A06">
            <w:pPr>
              <w:jc w:val="both"/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>15)</w:t>
            </w:r>
          </w:p>
        </w:tc>
        <w:tc>
          <w:tcPr>
            <w:tcW w:w="5386" w:type="dxa"/>
            <w:vAlign w:val="center"/>
            <w:hideMark/>
          </w:tcPr>
          <w:p w14:paraId="7ADBEBA4" w14:textId="77777777" w:rsidR="00265A76" w:rsidRPr="00265A76" w:rsidRDefault="00265A76" w:rsidP="00DE6A06">
            <w:pPr>
              <w:jc w:val="both"/>
              <w:rPr>
                <w:lang w:val="it-IT"/>
              </w:rPr>
            </w:pPr>
          </w:p>
        </w:tc>
      </w:tr>
    </w:tbl>
    <w:p w14:paraId="44A46ADE" w14:textId="77777777" w:rsidR="00265A76" w:rsidRPr="00265A76" w:rsidRDefault="00265A76" w:rsidP="00DE6A06">
      <w:pPr>
        <w:jc w:val="both"/>
        <w:rPr>
          <w:lang w:val="it-IT"/>
        </w:rPr>
      </w:pPr>
    </w:p>
    <w:p w14:paraId="22C88100" w14:textId="77777777" w:rsidR="00ED45C4" w:rsidRPr="00265A76" w:rsidRDefault="00000000" w:rsidP="00DE6A06">
      <w:pPr>
        <w:spacing w:after="120"/>
        <w:jc w:val="both"/>
        <w:rPr>
          <w:lang w:val="it-IT"/>
        </w:rPr>
      </w:pPr>
      <w:r w:rsidRPr="00265A76">
        <w:rPr>
          <w:lang w:val="it-IT"/>
        </w:rPr>
        <w:t>Sulla base dei test d'ingresso, delle griglie d'osservazione sistematica e dei colloqui di presentazione, la classe (composta da n. ___ alunni) viene suddivisa nelle seguenti fasce di livello iniziale: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2160"/>
        <w:gridCol w:w="5472"/>
      </w:tblGrid>
      <w:tr w:rsidR="00ED45C4" w14:paraId="7AEC1612" w14:textId="77777777">
        <w:trPr>
          <w:jc w:val="center"/>
        </w:trPr>
        <w:tc>
          <w:tcPr>
            <w:tcW w:w="2592" w:type="dxa"/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09A6E2" w14:textId="77777777" w:rsidR="00ED45C4" w:rsidRDefault="00000000">
            <w:r>
              <w:rPr>
                <w:b/>
                <w:color w:val="FFFFFF"/>
                <w:sz w:val="19"/>
              </w:rPr>
              <w:t>Fascia di Livello</w:t>
            </w:r>
          </w:p>
        </w:tc>
        <w:tc>
          <w:tcPr>
            <w:tcW w:w="2160" w:type="dxa"/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53E352" w14:textId="77777777" w:rsidR="00ED45C4" w:rsidRDefault="00000000">
            <w:r>
              <w:rPr>
                <w:b/>
                <w:color w:val="FFFFFF"/>
                <w:sz w:val="19"/>
              </w:rPr>
              <w:t>N. Alunni / %</w:t>
            </w:r>
          </w:p>
        </w:tc>
        <w:tc>
          <w:tcPr>
            <w:tcW w:w="5472" w:type="dxa"/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44BBF9" w14:textId="77777777" w:rsidR="00ED45C4" w:rsidRDefault="00000000">
            <w:r>
              <w:rPr>
                <w:b/>
                <w:color w:val="FFFFFF"/>
                <w:sz w:val="19"/>
              </w:rPr>
              <w:t>Caratteristiche Cognitive e Comportamentali</w:t>
            </w:r>
          </w:p>
        </w:tc>
      </w:tr>
      <w:tr w:rsidR="00ED45C4" w:rsidRPr="002A347C" w14:paraId="3A04C6EB" w14:textId="77777777">
        <w:trPr>
          <w:jc w:val="center"/>
        </w:trPr>
        <w:tc>
          <w:tcPr>
            <w:tcW w:w="259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17AFD7" w14:textId="77777777" w:rsidR="00ED45C4" w:rsidRDefault="00000000">
            <w:r>
              <w:rPr>
                <w:sz w:val="18"/>
              </w:rPr>
              <w:t>Fascia A (Avanzata)</w:t>
            </w:r>
          </w:p>
        </w:tc>
        <w:tc>
          <w:tcPr>
            <w:tcW w:w="216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C1BC52" w14:textId="77777777" w:rsidR="00ED45C4" w:rsidRDefault="00000000">
            <w:r>
              <w:rPr>
                <w:sz w:val="18"/>
              </w:rPr>
              <w:t>___ (___%)</w:t>
            </w:r>
          </w:p>
        </w:tc>
        <w:tc>
          <w:tcPr>
            <w:tcW w:w="547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62813D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Ottima preparazione di base, autonomia di studio, rielaborazione critica e rigore metodologico.</w:t>
            </w:r>
          </w:p>
        </w:tc>
      </w:tr>
      <w:tr w:rsidR="00ED45C4" w:rsidRPr="002A347C" w14:paraId="6206A2CE" w14:textId="77777777">
        <w:trPr>
          <w:jc w:val="center"/>
        </w:trPr>
        <w:tc>
          <w:tcPr>
            <w:tcW w:w="2592" w:type="dxa"/>
            <w:shd w:val="clear" w:color="auto" w:fill="F9F9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500354" w14:textId="77777777" w:rsidR="00ED45C4" w:rsidRDefault="00000000">
            <w:r>
              <w:rPr>
                <w:sz w:val="18"/>
              </w:rPr>
              <w:t>Fascia B (Intermedia)</w:t>
            </w:r>
          </w:p>
        </w:tc>
        <w:tc>
          <w:tcPr>
            <w:tcW w:w="2160" w:type="dxa"/>
            <w:shd w:val="clear" w:color="auto" w:fill="F9F9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9CA52C" w14:textId="77777777" w:rsidR="00ED45C4" w:rsidRDefault="00000000">
            <w:r>
              <w:rPr>
                <w:sz w:val="18"/>
              </w:rPr>
              <w:t>___ (___%)</w:t>
            </w:r>
          </w:p>
        </w:tc>
        <w:tc>
          <w:tcPr>
            <w:tcW w:w="5472" w:type="dxa"/>
            <w:shd w:val="clear" w:color="auto" w:fill="F9F9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798C42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Preparazione soddisfacente, esecuzione corretta, partecipazione attiva e studio autonomo in consolidamento.</w:t>
            </w:r>
          </w:p>
        </w:tc>
      </w:tr>
      <w:tr w:rsidR="00ED45C4" w:rsidRPr="002A347C" w14:paraId="259FED9C" w14:textId="77777777">
        <w:trPr>
          <w:jc w:val="center"/>
        </w:trPr>
        <w:tc>
          <w:tcPr>
            <w:tcW w:w="259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A0A914" w14:textId="77777777" w:rsidR="00ED45C4" w:rsidRDefault="00000000">
            <w:r>
              <w:rPr>
                <w:sz w:val="18"/>
              </w:rPr>
              <w:t>Fascia C (Base)</w:t>
            </w:r>
          </w:p>
        </w:tc>
        <w:tc>
          <w:tcPr>
            <w:tcW w:w="216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8341DA" w14:textId="77777777" w:rsidR="00ED45C4" w:rsidRDefault="00000000">
            <w:r>
              <w:rPr>
                <w:sz w:val="18"/>
              </w:rPr>
              <w:t>___ (___%)</w:t>
            </w:r>
          </w:p>
        </w:tc>
        <w:tc>
          <w:tcPr>
            <w:tcW w:w="547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821D05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Conoscenze essenziali, applicazione guidata, linguaggio semplice e necessità di supporto nel problem solving.</w:t>
            </w:r>
          </w:p>
        </w:tc>
      </w:tr>
      <w:tr w:rsidR="00ED45C4" w:rsidRPr="002A347C" w14:paraId="5A2E909B" w14:textId="77777777">
        <w:trPr>
          <w:jc w:val="center"/>
        </w:trPr>
        <w:tc>
          <w:tcPr>
            <w:tcW w:w="2592" w:type="dxa"/>
            <w:shd w:val="clear" w:color="auto" w:fill="F9F9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6B3445" w14:textId="77777777" w:rsidR="00ED45C4" w:rsidRDefault="00000000">
            <w:r>
              <w:rPr>
                <w:sz w:val="18"/>
              </w:rPr>
              <w:t>Fascia D (In Consolidamento)</w:t>
            </w:r>
          </w:p>
        </w:tc>
        <w:tc>
          <w:tcPr>
            <w:tcW w:w="2160" w:type="dxa"/>
            <w:shd w:val="clear" w:color="auto" w:fill="F9F9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C0F031" w14:textId="77777777" w:rsidR="00ED45C4" w:rsidRDefault="00000000">
            <w:r>
              <w:rPr>
                <w:sz w:val="18"/>
              </w:rPr>
              <w:t>___ (___%)</w:t>
            </w:r>
          </w:p>
        </w:tc>
        <w:tc>
          <w:tcPr>
            <w:tcW w:w="5472" w:type="dxa"/>
            <w:shd w:val="clear" w:color="auto" w:fill="F9F9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CB5952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Lacune nei prerequisiti, autonomia limitata, difficoltà di concentrazione e necessità di interventi di recupero.</w:t>
            </w:r>
          </w:p>
        </w:tc>
      </w:tr>
    </w:tbl>
    <w:p w14:paraId="476E60DA" w14:textId="77777777" w:rsidR="00ED45C4" w:rsidRPr="00265A76" w:rsidRDefault="00ED45C4">
      <w:pPr>
        <w:spacing w:after="120"/>
        <w:rPr>
          <w:lang w:val="it-IT"/>
        </w:rPr>
      </w:pPr>
    </w:p>
    <w:p w14:paraId="70865D2A" w14:textId="77777777" w:rsidR="00ED45C4" w:rsidRPr="00265A76" w:rsidRDefault="00000000">
      <w:pPr>
        <w:pStyle w:val="Titolo2"/>
        <w:spacing w:before="160" w:after="80"/>
        <w:rPr>
          <w:lang w:val="it-IT"/>
        </w:rPr>
      </w:pPr>
      <w:r w:rsidRPr="00265A76">
        <w:rPr>
          <w:color w:val="004687"/>
          <w:lang w:val="it-IT"/>
        </w:rPr>
        <w:t>Presentazione Analitica del Profilo della Classe</w:t>
      </w:r>
    </w:p>
    <w:p w14:paraId="6DB10985" w14:textId="77777777" w:rsidR="00ED45C4" w:rsidRPr="00265A76" w:rsidRDefault="00000000">
      <w:pPr>
        <w:spacing w:after="120"/>
        <w:rPr>
          <w:lang w:val="it-IT"/>
        </w:rPr>
      </w:pPr>
      <w:r w:rsidRPr="00265A76">
        <w:rPr>
          <w:lang w:val="it-IT"/>
        </w:rPr>
        <w:t xml:space="preserve">Dal punto di vista sistemico e relazionale, il gruppo classe evidenzia una composizione eterogenea per livelli di preparazione ed attitudini personali. La risposta complessiva al dialogo educativo si presenta corretta e </w:t>
      </w:r>
      <w:r w:rsidRPr="00265A76">
        <w:rPr>
          <w:lang w:val="it-IT"/>
        </w:rPr>
        <w:lastRenderedPageBreak/>
        <w:t>collaborativa, con un clima di classe operoso ed un interesse diffuso verso le attività didattiche e laboratoriali.</w:t>
      </w:r>
      <w:r w:rsidRPr="00265A76">
        <w:rPr>
          <w:lang w:val="it-IT"/>
        </w:rPr>
        <w:br/>
      </w:r>
      <w:r w:rsidRPr="00265A76">
        <w:rPr>
          <w:lang w:val="it-IT"/>
        </w:rPr>
        <w:br/>
      </w:r>
      <w:r w:rsidRPr="00265A76">
        <w:rPr>
          <w:b/>
          <w:lang w:val="it-IT"/>
        </w:rPr>
        <w:t xml:space="preserve">• Caratteristiche Cognitive e Metodo di Studio: </w:t>
      </w:r>
      <w:r w:rsidRPr="00265A76">
        <w:rPr>
          <w:lang w:val="it-IT"/>
        </w:rPr>
        <w:t>Gli studenti di fascia avanzata e intermedia dimostrano buone capacità di analisi e sintesi, organizzando il lavoro scolastico in modo autonomo e puntuale. Gli alunni posizionati nelle fasce base e in consolidamento manifestano una preparazione essenziale e necessitano di costante guida metodologica per l'acquisizione di un lessico tecnico-scientifico appropriato e per la formalizzazione dei contenuti.</w:t>
      </w:r>
      <w:r w:rsidRPr="00265A76">
        <w:rPr>
          <w:lang w:val="it-IT"/>
        </w:rPr>
        <w:br/>
      </w:r>
      <w:r w:rsidRPr="00265A76">
        <w:rPr>
          <w:lang w:val="it-IT"/>
        </w:rPr>
        <w:br/>
      </w:r>
      <w:r w:rsidRPr="00265A76">
        <w:rPr>
          <w:b/>
          <w:lang w:val="it-IT"/>
        </w:rPr>
        <w:t xml:space="preserve">• Inclusione e Bisogni Educativi Speciali (BES/DSA): </w:t>
      </w:r>
      <w:r w:rsidRPr="00265A76">
        <w:rPr>
          <w:lang w:val="it-IT"/>
        </w:rPr>
        <w:t>In conformità alla Legge 104/92, Legge 170/2010 e D.M. 27/12/2012, il Consiglio di Classe predispone i Piani Educativi Individualizzati (PEI) per gli studenti con disabilità e i Piani Didattici Personalizzati (PDP) per alunni con DSA o BES, integrando idonee misure compensative (mappe concettuali, sintesi vocale, calcolatrice) e dispensative (tempi aggiuntivi, riduzione consegne scritti).</w:t>
      </w:r>
      <w:r w:rsidRPr="00265A76">
        <w:rPr>
          <w:lang w:val="it-IT"/>
        </w:rPr>
        <w:br/>
      </w:r>
      <w:r w:rsidRPr="00265A76">
        <w:rPr>
          <w:lang w:val="it-IT"/>
        </w:rPr>
        <w:br/>
      </w:r>
      <w:r w:rsidRPr="00265A76">
        <w:rPr>
          <w:b/>
          <w:lang w:val="it-IT"/>
        </w:rPr>
        <w:t xml:space="preserve">• Alunni Trasferiti e Revisione PFI: </w:t>
      </w:r>
      <w:r w:rsidRPr="00265A76">
        <w:rPr>
          <w:lang w:val="it-IT"/>
        </w:rPr>
        <w:t>Per gli studenti ammessi da altri istituti/indirizzi o promossi con revisione del Piano Formativo Individuale (PFI), il CdC attiva percorsi trasversali di riallineamento e tutoraggio tra pari per un rapido ed efficace inserimento nel gruppo classe.</w:t>
      </w:r>
    </w:p>
    <w:p w14:paraId="3BC7177F" w14:textId="77777777" w:rsidR="00ED45C4" w:rsidRPr="00265A76" w:rsidRDefault="00ED45C4">
      <w:pPr>
        <w:rPr>
          <w:lang w:val="it-IT"/>
        </w:rPr>
      </w:pPr>
    </w:p>
    <w:p w14:paraId="5FDD376E" w14:textId="77777777" w:rsidR="00ED45C4" w:rsidRPr="00265A76" w:rsidRDefault="00000000">
      <w:pPr>
        <w:pStyle w:val="Titolo1"/>
        <w:spacing w:before="280" w:after="120"/>
        <w:rPr>
          <w:lang w:val="it-IT"/>
        </w:rPr>
      </w:pPr>
      <w:r w:rsidRPr="00265A76">
        <w:rPr>
          <w:color w:val="003366"/>
          <w:lang w:val="it-IT"/>
        </w:rPr>
        <w:t>3. Finalità Educative Generali dell'Istituto</w:t>
      </w:r>
    </w:p>
    <w:p w14:paraId="44A45E10" w14:textId="77777777" w:rsidR="00ED45C4" w:rsidRPr="00265A76" w:rsidRDefault="00000000">
      <w:pPr>
        <w:spacing w:after="120"/>
        <w:rPr>
          <w:lang w:val="it-IT"/>
        </w:rPr>
      </w:pPr>
      <w:bookmarkStart w:id="1" w:name="_Hlk241568962"/>
      <w:r w:rsidRPr="00265A76">
        <w:rPr>
          <w:lang w:val="it-IT"/>
        </w:rPr>
        <w:t>In ottemperanza a quanto stabilito dal Piano Triennale dell'Offerta Formativa (PTOF) e coerentemente con la Parte 7 del Format d'Istituto, il Consiglio di Classe individua le seguenti finalità educative e generali per promuovere la maturazione etica, sociale e culturale degli studenti:</w:t>
      </w:r>
    </w:p>
    <w:p w14:paraId="70B96340" w14:textId="77777777" w:rsidR="00ED45C4" w:rsidRPr="00265A76" w:rsidRDefault="00000000">
      <w:pPr>
        <w:pStyle w:val="Puntoelenco"/>
        <w:spacing w:after="80"/>
        <w:rPr>
          <w:lang w:val="it-IT"/>
        </w:rPr>
      </w:pPr>
      <w:r w:rsidRPr="00265A76">
        <w:rPr>
          <w:sz w:val="21"/>
          <w:lang w:val="it-IT"/>
        </w:rPr>
        <w:t>Contribuire al pieno sviluppo di una personalità consapevole, curando la formazione umana, sociale e culturale degli allievi in una sintesi armonica tra sapere scientifico e sapere umanistico.</w:t>
      </w:r>
    </w:p>
    <w:p w14:paraId="13218D7B" w14:textId="77777777" w:rsidR="00ED45C4" w:rsidRPr="00265A76" w:rsidRDefault="00000000">
      <w:pPr>
        <w:pStyle w:val="Puntoelenco"/>
        <w:spacing w:after="80"/>
        <w:rPr>
          <w:lang w:val="it-IT"/>
        </w:rPr>
      </w:pPr>
      <w:r w:rsidRPr="00265A76">
        <w:rPr>
          <w:sz w:val="21"/>
          <w:lang w:val="it-IT"/>
        </w:rPr>
        <w:t>Favorire il processo di crescita e maturazione di una personalità libera, creativa e responsabile, fornendo l'allievo delle competenze che lo aiutino ad inserirsi da protagonista nella società contemporanea.</w:t>
      </w:r>
    </w:p>
    <w:p w14:paraId="093D6BA6" w14:textId="77777777" w:rsidR="00ED45C4" w:rsidRPr="00265A76" w:rsidRDefault="00000000">
      <w:pPr>
        <w:pStyle w:val="Puntoelenco"/>
        <w:spacing w:after="80"/>
        <w:rPr>
          <w:lang w:val="it-IT"/>
        </w:rPr>
      </w:pPr>
      <w:r w:rsidRPr="00265A76">
        <w:rPr>
          <w:sz w:val="21"/>
          <w:lang w:val="it-IT"/>
        </w:rPr>
        <w:t>Fare apprezzare concretamente i valori umani nella loro complessità, con particolare riferimento al sentimento della solidarietà, della legalità, della tolleranza e della non violenza.</w:t>
      </w:r>
    </w:p>
    <w:p w14:paraId="1457691E" w14:textId="77777777" w:rsidR="00ED45C4" w:rsidRPr="00265A76" w:rsidRDefault="00000000">
      <w:pPr>
        <w:pStyle w:val="Puntoelenco"/>
        <w:spacing w:after="80"/>
        <w:rPr>
          <w:lang w:val="it-IT"/>
        </w:rPr>
      </w:pPr>
      <w:r w:rsidRPr="00265A76">
        <w:rPr>
          <w:sz w:val="21"/>
          <w:lang w:val="it-IT"/>
        </w:rPr>
        <w:t>Rafforzare, nell'allievo, il gusto per la ricerca ed il sapere, anche mediante una sua partecipazione attiva e costruttiva al dialogo educativo.</w:t>
      </w:r>
    </w:p>
    <w:p w14:paraId="78686502" w14:textId="77777777" w:rsidR="00ED45C4" w:rsidRPr="00265A76" w:rsidRDefault="00000000">
      <w:pPr>
        <w:pStyle w:val="Puntoelenco"/>
        <w:spacing w:after="80"/>
        <w:rPr>
          <w:lang w:val="it-IT"/>
        </w:rPr>
      </w:pPr>
      <w:r w:rsidRPr="00265A76">
        <w:rPr>
          <w:sz w:val="21"/>
          <w:lang w:val="it-IT"/>
        </w:rPr>
        <w:t>Promuovere nell'allievo l'attitudine ad acquisire una mentalità dialogica, tollerante, aperta al confronto democratico, rispettosa delle opinioni altrui e capace di assumere stili di vita coerenti con i valori della convivenza civile.</w:t>
      </w:r>
    </w:p>
    <w:p w14:paraId="57F7F802" w14:textId="77777777" w:rsidR="00ED45C4" w:rsidRPr="00265A76" w:rsidRDefault="00000000">
      <w:pPr>
        <w:pStyle w:val="Puntoelenco"/>
        <w:spacing w:after="80"/>
        <w:rPr>
          <w:lang w:val="it-IT"/>
        </w:rPr>
      </w:pPr>
      <w:r w:rsidRPr="00265A76">
        <w:rPr>
          <w:sz w:val="21"/>
          <w:lang w:val="it-IT"/>
        </w:rPr>
        <w:t>Sapersi adattare a nuove situazioni. Lavorare in gruppo / in coppia e confrontarsi con gli altri.</w:t>
      </w:r>
    </w:p>
    <w:p w14:paraId="5EF24F59" w14:textId="77777777" w:rsidR="00ED45C4" w:rsidRPr="00265A76" w:rsidRDefault="00000000">
      <w:pPr>
        <w:pStyle w:val="Puntoelenco"/>
        <w:spacing w:after="80"/>
        <w:rPr>
          <w:lang w:val="it-IT"/>
        </w:rPr>
      </w:pPr>
      <w:r w:rsidRPr="00265A76">
        <w:rPr>
          <w:sz w:val="21"/>
          <w:lang w:val="it-IT"/>
        </w:rPr>
        <w:t>Acquisire il rispetto degli altri e accettare il diverso.</w:t>
      </w:r>
    </w:p>
    <w:p w14:paraId="10DAF562" w14:textId="77777777" w:rsidR="00ED45C4" w:rsidRPr="00265A76" w:rsidRDefault="00000000">
      <w:pPr>
        <w:pStyle w:val="Puntoelenco"/>
        <w:spacing w:after="80"/>
        <w:rPr>
          <w:lang w:val="it-IT"/>
        </w:rPr>
      </w:pPr>
      <w:r w:rsidRPr="00265A76">
        <w:rPr>
          <w:sz w:val="21"/>
          <w:lang w:val="it-IT"/>
        </w:rPr>
        <w:t>Partecipare attivamente al processo educativo.</w:t>
      </w:r>
    </w:p>
    <w:bookmarkEnd w:id="1"/>
    <w:p w14:paraId="3B04613B" w14:textId="77777777" w:rsidR="00ED45C4" w:rsidRPr="00265A76" w:rsidRDefault="00ED45C4">
      <w:pPr>
        <w:rPr>
          <w:lang w:val="it-IT"/>
        </w:rPr>
      </w:pPr>
    </w:p>
    <w:p w14:paraId="3212E9DA" w14:textId="77777777" w:rsidR="00ED45C4" w:rsidRPr="00265A76" w:rsidRDefault="00000000">
      <w:pPr>
        <w:pStyle w:val="Titolo1"/>
        <w:spacing w:before="280" w:after="120"/>
        <w:rPr>
          <w:lang w:val="it-IT"/>
        </w:rPr>
      </w:pPr>
      <w:r w:rsidRPr="00265A76">
        <w:rPr>
          <w:color w:val="003366"/>
          <w:lang w:val="it-IT"/>
        </w:rPr>
        <w:t>4. Finalità Didattiche (in Termini di Competenze, Abilità e Conoscenze)</w:t>
      </w:r>
    </w:p>
    <w:p w14:paraId="1AA22CBC" w14:textId="143E85A6" w:rsidR="00ED45C4" w:rsidRPr="00265A76" w:rsidRDefault="00ED45C4">
      <w:pPr>
        <w:spacing w:after="120"/>
        <w:rPr>
          <w:lang w:val="it-IT"/>
        </w:rPr>
      </w:pP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6912"/>
      </w:tblGrid>
      <w:tr w:rsidR="00ED45C4" w:rsidRPr="002A347C" w14:paraId="14555D14" w14:textId="77777777">
        <w:trPr>
          <w:jc w:val="center"/>
        </w:trPr>
        <w:tc>
          <w:tcPr>
            <w:tcW w:w="3312" w:type="dxa"/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9AE849" w14:textId="77777777" w:rsidR="00ED45C4" w:rsidRDefault="00000000">
            <w:r>
              <w:rPr>
                <w:b/>
                <w:color w:val="FFFFFF"/>
                <w:sz w:val="19"/>
              </w:rPr>
              <w:lastRenderedPageBreak/>
              <w:t>Obiettivo Didattico Trasversale</w:t>
            </w:r>
          </w:p>
        </w:tc>
        <w:tc>
          <w:tcPr>
            <w:tcW w:w="6912" w:type="dxa"/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CE1702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b/>
                <w:color w:val="FFFFFF"/>
                <w:sz w:val="19"/>
                <w:lang w:val="it-IT"/>
              </w:rPr>
              <w:t>Descrittore Operativo e Risultato Atteso</w:t>
            </w:r>
          </w:p>
        </w:tc>
      </w:tr>
      <w:tr w:rsidR="00ED45C4" w:rsidRPr="002A347C" w14:paraId="596878AF" w14:textId="77777777">
        <w:trPr>
          <w:jc w:val="center"/>
        </w:trPr>
        <w:tc>
          <w:tcPr>
            <w:tcW w:w="331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9E08855" w14:textId="77777777" w:rsidR="00ED45C4" w:rsidRDefault="00000000">
            <w:r>
              <w:rPr>
                <w:b/>
                <w:color w:val="003366"/>
                <w:sz w:val="18"/>
              </w:rPr>
              <w:t>1. Conoscenza Disciplinare</w:t>
            </w:r>
          </w:p>
        </w:tc>
        <w:tc>
          <w:tcPr>
            <w:tcW w:w="691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5DAE3F8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Sufficiente ed approfondita conoscenza dei contenuti specifici delle singole discipline studiate.</w:t>
            </w:r>
          </w:p>
        </w:tc>
      </w:tr>
      <w:tr w:rsidR="00ED45C4" w:rsidRPr="002A347C" w14:paraId="594DF42F" w14:textId="77777777">
        <w:trPr>
          <w:jc w:val="center"/>
        </w:trPr>
        <w:tc>
          <w:tcPr>
            <w:tcW w:w="3312" w:type="dxa"/>
            <w:shd w:val="clear" w:color="auto" w:fill="F9F9F9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7EAB861" w14:textId="77777777" w:rsidR="00ED45C4" w:rsidRDefault="00000000">
            <w:r>
              <w:rPr>
                <w:b/>
                <w:color w:val="003366"/>
                <w:sz w:val="18"/>
              </w:rPr>
              <w:t>2. Metodo di Studio Valido</w:t>
            </w:r>
          </w:p>
        </w:tc>
        <w:tc>
          <w:tcPr>
            <w:tcW w:w="6912" w:type="dxa"/>
            <w:shd w:val="clear" w:color="auto" w:fill="F9F9F9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2B01CCF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Acquisire ed applicare un metodo di studio proficuo, autonomo ed organizzato.</w:t>
            </w:r>
          </w:p>
        </w:tc>
      </w:tr>
      <w:tr w:rsidR="00ED45C4" w:rsidRPr="002A347C" w14:paraId="30A5B4F4" w14:textId="77777777">
        <w:trPr>
          <w:jc w:val="center"/>
        </w:trPr>
        <w:tc>
          <w:tcPr>
            <w:tcW w:w="331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E9D97C0" w14:textId="77777777" w:rsidR="00ED45C4" w:rsidRDefault="00000000">
            <w:r>
              <w:rPr>
                <w:b/>
                <w:color w:val="003366"/>
                <w:sz w:val="18"/>
              </w:rPr>
              <w:t>3. Lessico Specifico</w:t>
            </w:r>
          </w:p>
        </w:tc>
        <w:tc>
          <w:tcPr>
            <w:tcW w:w="691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ED37113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Conoscere e saper utilizzare con proprietà il lessico specifico delle discipline studiate.</w:t>
            </w:r>
          </w:p>
        </w:tc>
      </w:tr>
      <w:tr w:rsidR="00ED45C4" w:rsidRPr="002A347C" w14:paraId="5DE34D1C" w14:textId="77777777">
        <w:trPr>
          <w:jc w:val="center"/>
        </w:trPr>
        <w:tc>
          <w:tcPr>
            <w:tcW w:w="3312" w:type="dxa"/>
            <w:shd w:val="clear" w:color="auto" w:fill="F9F9F9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01BC051" w14:textId="77777777" w:rsidR="00ED45C4" w:rsidRDefault="00000000">
            <w:r>
              <w:rPr>
                <w:b/>
                <w:color w:val="003366"/>
                <w:sz w:val="18"/>
              </w:rPr>
              <w:t>4. Comprensione ed Elaborazione</w:t>
            </w:r>
          </w:p>
        </w:tc>
        <w:tc>
          <w:tcPr>
            <w:tcW w:w="6912" w:type="dxa"/>
            <w:shd w:val="clear" w:color="auto" w:fill="F9F9F9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3ADCECD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Essere in grado di comprendere, decodificare ed elaborare testi semplici e complessi.</w:t>
            </w:r>
          </w:p>
        </w:tc>
      </w:tr>
      <w:tr w:rsidR="00ED45C4" w:rsidRPr="002A347C" w14:paraId="61D70BB5" w14:textId="77777777">
        <w:trPr>
          <w:jc w:val="center"/>
        </w:trPr>
        <w:tc>
          <w:tcPr>
            <w:tcW w:w="331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41225AD" w14:textId="77777777" w:rsidR="00ED45C4" w:rsidRDefault="00000000">
            <w:r>
              <w:rPr>
                <w:b/>
                <w:color w:val="003366"/>
                <w:sz w:val="18"/>
              </w:rPr>
              <w:t>5. Capacità Logiche Minime</w:t>
            </w:r>
          </w:p>
        </w:tc>
        <w:tc>
          <w:tcPr>
            <w:tcW w:w="691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73C5D5F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Sviluppare e consolidare le capacità logiche minime e progressive di analisi e formalizzazione.</w:t>
            </w:r>
          </w:p>
        </w:tc>
      </w:tr>
      <w:tr w:rsidR="00ED45C4" w:rsidRPr="002A347C" w14:paraId="7BCBCA48" w14:textId="77777777">
        <w:trPr>
          <w:jc w:val="center"/>
        </w:trPr>
        <w:tc>
          <w:tcPr>
            <w:tcW w:w="3312" w:type="dxa"/>
            <w:shd w:val="clear" w:color="auto" w:fill="F9F9F9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1E904E2" w14:textId="77777777" w:rsidR="00ED45C4" w:rsidRDefault="00000000">
            <w:r>
              <w:rPr>
                <w:b/>
                <w:color w:val="003366"/>
                <w:sz w:val="18"/>
              </w:rPr>
              <w:t>6. Patrimonio Culturale</w:t>
            </w:r>
          </w:p>
        </w:tc>
        <w:tc>
          <w:tcPr>
            <w:tcW w:w="6912" w:type="dxa"/>
            <w:shd w:val="clear" w:color="auto" w:fill="F9F9F9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36D1BAF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Fornire ed arricchire un buon patrimonio culturale di carattere generale.</w:t>
            </w:r>
          </w:p>
        </w:tc>
      </w:tr>
      <w:tr w:rsidR="00ED45C4" w:rsidRPr="002A347C" w14:paraId="796C9660" w14:textId="77777777">
        <w:trPr>
          <w:jc w:val="center"/>
        </w:trPr>
        <w:tc>
          <w:tcPr>
            <w:tcW w:w="331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41C37D2" w14:textId="77777777" w:rsidR="00ED45C4" w:rsidRDefault="00000000">
            <w:r>
              <w:rPr>
                <w:b/>
                <w:color w:val="003366"/>
                <w:sz w:val="18"/>
              </w:rPr>
              <w:t>7. Abitudine alla Lettura</w:t>
            </w:r>
          </w:p>
        </w:tc>
        <w:tc>
          <w:tcPr>
            <w:tcW w:w="691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996634E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Favorire l'abitudine alla lettura, alla decodifica ed alla contestualizzazione critica delle fonti.</w:t>
            </w:r>
          </w:p>
        </w:tc>
      </w:tr>
      <w:tr w:rsidR="00ED45C4" w:rsidRPr="002A347C" w14:paraId="33AD72BC" w14:textId="77777777">
        <w:trPr>
          <w:jc w:val="center"/>
        </w:trPr>
        <w:tc>
          <w:tcPr>
            <w:tcW w:w="3312" w:type="dxa"/>
            <w:shd w:val="clear" w:color="auto" w:fill="F9F9F9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5D1E86B" w14:textId="77777777" w:rsidR="00ED45C4" w:rsidRDefault="00000000">
            <w:r>
              <w:rPr>
                <w:b/>
                <w:color w:val="003366"/>
                <w:sz w:val="18"/>
              </w:rPr>
              <w:t>8. Applicazione delle Conoscenze</w:t>
            </w:r>
          </w:p>
        </w:tc>
        <w:tc>
          <w:tcPr>
            <w:tcW w:w="6912" w:type="dxa"/>
            <w:shd w:val="clear" w:color="auto" w:fill="F9F9F9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0CE4156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Applicare le conoscenze teoriche nei contesti operativi, laboratoriali e professionali.</w:t>
            </w:r>
          </w:p>
        </w:tc>
      </w:tr>
      <w:tr w:rsidR="00ED45C4" w:rsidRPr="002A347C" w14:paraId="3F5278B9" w14:textId="77777777">
        <w:trPr>
          <w:jc w:val="center"/>
        </w:trPr>
        <w:tc>
          <w:tcPr>
            <w:tcW w:w="331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0175EC1" w14:textId="77777777" w:rsidR="00ED45C4" w:rsidRDefault="00000000">
            <w:r>
              <w:rPr>
                <w:b/>
                <w:color w:val="003366"/>
                <w:sz w:val="18"/>
              </w:rPr>
              <w:t>9. Interazione Comunicativa</w:t>
            </w:r>
          </w:p>
        </w:tc>
        <w:tc>
          <w:tcPr>
            <w:tcW w:w="691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B9ADE64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Portare gli allievi a padroneggiare gli strumenti linguistico-espressivi al fine di gestire l'interazione comunicativa verbale e scritta in vari contesti.</w:t>
            </w:r>
          </w:p>
        </w:tc>
      </w:tr>
      <w:tr w:rsidR="00ED45C4" w:rsidRPr="002A347C" w14:paraId="4785D71D" w14:textId="77777777">
        <w:trPr>
          <w:jc w:val="center"/>
        </w:trPr>
        <w:tc>
          <w:tcPr>
            <w:tcW w:w="3312" w:type="dxa"/>
            <w:shd w:val="clear" w:color="auto" w:fill="F9F9F9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9EE153E" w14:textId="77777777" w:rsidR="00ED45C4" w:rsidRDefault="00000000">
            <w:r>
              <w:rPr>
                <w:b/>
                <w:color w:val="003366"/>
                <w:sz w:val="18"/>
              </w:rPr>
              <w:t>10. Autoconsapevolezza</w:t>
            </w:r>
          </w:p>
        </w:tc>
        <w:tc>
          <w:tcPr>
            <w:tcW w:w="6912" w:type="dxa"/>
            <w:shd w:val="clear" w:color="auto" w:fill="F9F9F9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DB1C2AB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Indurre negli allievi la consapevolezza del proprio processo di apprendimento e stimolarli all'autovalutazione.</w:t>
            </w:r>
          </w:p>
        </w:tc>
      </w:tr>
      <w:tr w:rsidR="00ED45C4" w:rsidRPr="002A347C" w14:paraId="08609158" w14:textId="77777777">
        <w:trPr>
          <w:jc w:val="center"/>
        </w:trPr>
        <w:tc>
          <w:tcPr>
            <w:tcW w:w="331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49A47D4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b/>
                <w:color w:val="003366"/>
                <w:sz w:val="18"/>
                <w:lang w:val="it-IT"/>
              </w:rPr>
              <w:t>11. Potenziamento del Sapere e Saper Fare</w:t>
            </w:r>
          </w:p>
        </w:tc>
        <w:tc>
          <w:tcPr>
            <w:tcW w:w="691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DC2771E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Consolidare e potenziare il metodo di studio e le abilità cognitive (sapere) e operative (saper fare).</w:t>
            </w:r>
          </w:p>
        </w:tc>
      </w:tr>
      <w:tr w:rsidR="00ED45C4" w:rsidRPr="002A347C" w14:paraId="2AB8BFE1" w14:textId="77777777">
        <w:trPr>
          <w:jc w:val="center"/>
        </w:trPr>
        <w:tc>
          <w:tcPr>
            <w:tcW w:w="3312" w:type="dxa"/>
            <w:shd w:val="clear" w:color="auto" w:fill="F9F9F9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BB48F78" w14:textId="77777777" w:rsidR="00ED45C4" w:rsidRDefault="00000000">
            <w:r>
              <w:rPr>
                <w:b/>
                <w:color w:val="003366"/>
                <w:sz w:val="18"/>
              </w:rPr>
              <w:t>12. Gestione Linguistica Avanzata</w:t>
            </w:r>
          </w:p>
        </w:tc>
        <w:tc>
          <w:tcPr>
            <w:tcW w:w="6912" w:type="dxa"/>
            <w:shd w:val="clear" w:color="auto" w:fill="F9F9F9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8F0D8C4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Padroneggiare gli strumenti linguistico-espressivi per la gestione della comunicazione articolata in vari ambiti formativi.</w:t>
            </w:r>
          </w:p>
        </w:tc>
      </w:tr>
      <w:tr w:rsidR="00ED45C4" w:rsidRPr="002A347C" w14:paraId="733050F6" w14:textId="77777777">
        <w:trPr>
          <w:jc w:val="center"/>
        </w:trPr>
        <w:tc>
          <w:tcPr>
            <w:tcW w:w="331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CA5EB11" w14:textId="77777777" w:rsidR="00ED45C4" w:rsidRDefault="00000000">
            <w:r>
              <w:rPr>
                <w:b/>
                <w:color w:val="003366"/>
                <w:sz w:val="18"/>
              </w:rPr>
              <w:t>13. Approfondimento Personale</w:t>
            </w:r>
          </w:p>
        </w:tc>
        <w:tc>
          <w:tcPr>
            <w:tcW w:w="691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43793DC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Fornire indicazioni, strumenti e stimoli per l'approfondimento critico e la ricerca personale.</w:t>
            </w:r>
          </w:p>
        </w:tc>
      </w:tr>
      <w:tr w:rsidR="00ED45C4" w:rsidRPr="002A347C" w14:paraId="587BC0C6" w14:textId="77777777">
        <w:trPr>
          <w:jc w:val="center"/>
        </w:trPr>
        <w:tc>
          <w:tcPr>
            <w:tcW w:w="3312" w:type="dxa"/>
            <w:shd w:val="clear" w:color="auto" w:fill="F9F9F9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F9ED8BE" w14:textId="77777777" w:rsidR="00ED45C4" w:rsidRDefault="00000000">
            <w:r>
              <w:rPr>
                <w:b/>
                <w:color w:val="003366"/>
                <w:sz w:val="18"/>
              </w:rPr>
              <w:t>14. Motivazione allo Studio</w:t>
            </w:r>
          </w:p>
        </w:tc>
        <w:tc>
          <w:tcPr>
            <w:tcW w:w="6912" w:type="dxa"/>
            <w:shd w:val="clear" w:color="auto" w:fill="F9F9F9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BEDAFBD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Facilitare l'apprendimento degli studenti, suscitando un'efficace ed intrinseca motivazione allo studio.</w:t>
            </w:r>
          </w:p>
        </w:tc>
      </w:tr>
      <w:tr w:rsidR="00ED45C4" w:rsidRPr="002A347C" w14:paraId="4CC54C8C" w14:textId="77777777">
        <w:trPr>
          <w:jc w:val="center"/>
        </w:trPr>
        <w:tc>
          <w:tcPr>
            <w:tcW w:w="331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E9F40FA" w14:textId="77777777" w:rsidR="00ED45C4" w:rsidRDefault="00000000">
            <w:r>
              <w:rPr>
                <w:b/>
                <w:color w:val="003366"/>
                <w:sz w:val="18"/>
              </w:rPr>
              <w:t>15. Analisi, Sintesi e Collegamenti</w:t>
            </w:r>
          </w:p>
        </w:tc>
        <w:tc>
          <w:tcPr>
            <w:tcW w:w="691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E8C7083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Consolidare le capacità logiche, di analisi, di sintesi e di collegamento interdisciplinare tra gli allievi.</w:t>
            </w:r>
          </w:p>
        </w:tc>
      </w:tr>
    </w:tbl>
    <w:p w14:paraId="48167378" w14:textId="77777777" w:rsidR="00ED45C4" w:rsidRPr="00265A76" w:rsidRDefault="00ED45C4">
      <w:pPr>
        <w:rPr>
          <w:lang w:val="it-IT"/>
        </w:rPr>
      </w:pPr>
    </w:p>
    <w:p w14:paraId="2058AFEB" w14:textId="77777777" w:rsidR="00ED45C4" w:rsidRPr="00265A76" w:rsidRDefault="00000000">
      <w:pPr>
        <w:pStyle w:val="Titolo1"/>
        <w:spacing w:before="280" w:after="120"/>
        <w:rPr>
          <w:lang w:val="it-IT"/>
        </w:rPr>
      </w:pPr>
      <w:r w:rsidRPr="00265A76">
        <w:rPr>
          <w:color w:val="003366"/>
          <w:lang w:val="it-IT"/>
        </w:rPr>
        <w:t>5</w:t>
      </w:r>
      <w:bookmarkStart w:id="2" w:name="_Hlk241569276"/>
      <w:r w:rsidRPr="00265A76">
        <w:rPr>
          <w:color w:val="003366"/>
          <w:lang w:val="it-IT"/>
        </w:rPr>
        <w:t>. Competenze Chiave di Cittadinanza ed Etica dell'Intelligenza Artificiale</w:t>
      </w:r>
    </w:p>
    <w:p w14:paraId="05617E60" w14:textId="77777777" w:rsidR="00ED45C4" w:rsidRPr="00265A76" w:rsidRDefault="00000000">
      <w:pPr>
        <w:spacing w:after="120"/>
        <w:rPr>
          <w:lang w:val="it-IT"/>
        </w:rPr>
      </w:pPr>
      <w:r w:rsidRPr="00265A76">
        <w:rPr>
          <w:lang w:val="it-IT"/>
        </w:rPr>
        <w:t>In linea con il D.M. 139/2007 e con le sfide dell'innovazione tecnologica, si promuovono le 8 Competenze Chiave di Cittadinanza integrate con la formazione all'I.A. Responsabile: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4752"/>
        <w:gridCol w:w="5472"/>
      </w:tblGrid>
      <w:tr w:rsidR="00ED45C4" w:rsidRPr="002A347C" w14:paraId="18576A43" w14:textId="77777777">
        <w:trPr>
          <w:jc w:val="center"/>
        </w:trPr>
        <w:tc>
          <w:tcPr>
            <w:tcW w:w="4752" w:type="dxa"/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39DE9A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b/>
                <w:color w:val="FFFFFF"/>
                <w:sz w:val="19"/>
                <w:lang w:val="it-IT"/>
              </w:rPr>
              <w:t>Competenza Chiave di Cittadinanza (D.M. 139/07)</w:t>
            </w:r>
          </w:p>
        </w:tc>
        <w:tc>
          <w:tcPr>
            <w:tcW w:w="5472" w:type="dxa"/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1D767D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b/>
                <w:color w:val="FFFFFF"/>
                <w:sz w:val="19"/>
                <w:lang w:val="it-IT"/>
              </w:rPr>
              <w:t>Integrazione Digitale ed Etica I.A.</w:t>
            </w:r>
          </w:p>
        </w:tc>
      </w:tr>
      <w:tr w:rsidR="00ED45C4" w:rsidRPr="002A347C" w14:paraId="13E6E399" w14:textId="77777777">
        <w:trPr>
          <w:jc w:val="center"/>
        </w:trPr>
        <w:tc>
          <w:tcPr>
            <w:tcW w:w="475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C943F70" w14:textId="77777777" w:rsidR="00ED45C4" w:rsidRDefault="00000000">
            <w:r>
              <w:rPr>
                <w:sz w:val="18"/>
              </w:rPr>
              <w:lastRenderedPageBreak/>
              <w:t>Imparare ad imparare / Progettare</w:t>
            </w:r>
          </w:p>
        </w:tc>
        <w:tc>
          <w:tcPr>
            <w:tcW w:w="547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E52A73F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Utilizzo critico di tutor virtuali I.A. per lo studio personalizzato e l'organizzazione del lavoro.</w:t>
            </w:r>
          </w:p>
        </w:tc>
      </w:tr>
      <w:tr w:rsidR="00ED45C4" w:rsidRPr="002A347C" w14:paraId="4BD3872A" w14:textId="77777777">
        <w:trPr>
          <w:jc w:val="center"/>
        </w:trPr>
        <w:tc>
          <w:tcPr>
            <w:tcW w:w="475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BB6118B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Comunicare / Acquisire ed interpretare l'informazione</w:t>
            </w:r>
          </w:p>
        </w:tc>
        <w:tc>
          <w:tcPr>
            <w:tcW w:w="547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2CBB460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Prompt engineering etico, verifica delle allucinazioni degli LLM e valutazione delle fonti attendibili.</w:t>
            </w:r>
          </w:p>
        </w:tc>
      </w:tr>
      <w:tr w:rsidR="00ED45C4" w:rsidRPr="002A347C" w14:paraId="4D0C8208" w14:textId="77777777">
        <w:trPr>
          <w:jc w:val="center"/>
        </w:trPr>
        <w:tc>
          <w:tcPr>
            <w:tcW w:w="475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CF52A42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Collaborare e partecipare / Agire in modo autonomo</w:t>
            </w:r>
          </w:p>
        </w:tc>
        <w:tc>
          <w:tcPr>
            <w:tcW w:w="547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462CAD8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Co-creation responsabile di elaborati multimediali e rispetto della privacy e del copyright.</w:t>
            </w:r>
          </w:p>
        </w:tc>
      </w:tr>
      <w:tr w:rsidR="00ED45C4" w:rsidRPr="002A347C" w14:paraId="66817585" w14:textId="77777777">
        <w:trPr>
          <w:jc w:val="center"/>
        </w:trPr>
        <w:tc>
          <w:tcPr>
            <w:tcW w:w="475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3E54445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Risolvere problemi / Individuare collegamenti e relazioni</w:t>
            </w:r>
          </w:p>
        </w:tc>
        <w:tc>
          <w:tcPr>
            <w:tcW w:w="547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D790354" w14:textId="77777777" w:rsidR="00ED45C4" w:rsidRPr="00265A76" w:rsidRDefault="00000000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Modellizzazione e simulazione assistita da algoritmi con analisi critica dei bias di data-set.</w:t>
            </w:r>
          </w:p>
        </w:tc>
      </w:tr>
      <w:bookmarkEnd w:id="2"/>
    </w:tbl>
    <w:p w14:paraId="0F865E83" w14:textId="77777777" w:rsidR="00ED45C4" w:rsidRPr="00265A76" w:rsidRDefault="00ED45C4">
      <w:pPr>
        <w:rPr>
          <w:lang w:val="it-IT"/>
        </w:rPr>
      </w:pPr>
    </w:p>
    <w:p w14:paraId="30E49059" w14:textId="77777777" w:rsidR="00ED45C4" w:rsidRPr="00265A76" w:rsidRDefault="00000000">
      <w:pPr>
        <w:pStyle w:val="Titolo1"/>
        <w:spacing w:before="280" w:after="120"/>
        <w:rPr>
          <w:lang w:val="it-IT"/>
        </w:rPr>
      </w:pPr>
      <w:r w:rsidRPr="00265A76">
        <w:rPr>
          <w:color w:val="003366"/>
          <w:lang w:val="it-IT"/>
        </w:rPr>
        <w:t>6. Insegnamento Trasversale dell'Educazione Civica (D.M. 183/2024)</w:t>
      </w:r>
    </w:p>
    <w:p w14:paraId="4B82681E" w14:textId="77777777" w:rsidR="00ED45C4" w:rsidRPr="00265A76" w:rsidRDefault="00000000">
      <w:pPr>
        <w:spacing w:after="120"/>
        <w:rPr>
          <w:lang w:val="it-IT"/>
        </w:rPr>
      </w:pPr>
      <w:r w:rsidRPr="00265A76">
        <w:rPr>
          <w:lang w:val="it-IT"/>
        </w:rPr>
        <w:t>L'insegnamento dell'Educazione Civica prevede un monte orario obbligatorio di 33 ore annue, strutturato lungo i 3 nuclei concettuali delle nuove Linee Guida (D.M. 183/2024):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5302"/>
        <w:gridCol w:w="4753"/>
      </w:tblGrid>
      <w:tr w:rsidR="00265A76" w14:paraId="1CFB08C6" w14:textId="77777777" w:rsidTr="00265A76">
        <w:trPr>
          <w:trHeight w:val="475"/>
          <w:jc w:val="center"/>
        </w:trPr>
        <w:tc>
          <w:tcPr>
            <w:tcW w:w="5302" w:type="dxa"/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E1332B" w14:textId="77777777" w:rsidR="00265A76" w:rsidRDefault="00265A76">
            <w:r>
              <w:rPr>
                <w:b/>
                <w:color w:val="FFFFFF"/>
                <w:sz w:val="19"/>
              </w:rPr>
              <w:t>Nucleo Tematico D.M. 183/2024</w:t>
            </w:r>
          </w:p>
        </w:tc>
        <w:tc>
          <w:tcPr>
            <w:tcW w:w="4753" w:type="dxa"/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42992C" w14:textId="77777777" w:rsidR="00265A76" w:rsidRDefault="00265A76">
            <w:r>
              <w:rPr>
                <w:b/>
                <w:color w:val="FFFFFF"/>
                <w:sz w:val="19"/>
              </w:rPr>
              <w:t>Ore</w:t>
            </w:r>
          </w:p>
        </w:tc>
      </w:tr>
      <w:tr w:rsidR="00265A76" w14:paraId="1B9105EA" w14:textId="77777777" w:rsidTr="00265A76">
        <w:trPr>
          <w:trHeight w:val="463"/>
          <w:jc w:val="center"/>
        </w:trPr>
        <w:tc>
          <w:tcPr>
            <w:tcW w:w="530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58C5AF6" w14:textId="77777777" w:rsidR="00265A76" w:rsidRDefault="00265A76">
            <w:r>
              <w:rPr>
                <w:sz w:val="18"/>
              </w:rPr>
              <w:t>1. Costituzione, Diritto e Legalità</w:t>
            </w:r>
          </w:p>
        </w:tc>
        <w:tc>
          <w:tcPr>
            <w:tcW w:w="4753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139A58F" w14:textId="24E9A1E6" w:rsidR="00265A76" w:rsidRDefault="00265A76" w:rsidP="00265A76">
            <w:pPr>
              <w:jc w:val="center"/>
            </w:pPr>
            <w:r>
              <w:rPr>
                <w:sz w:val="18"/>
              </w:rPr>
              <w:t>h</w:t>
            </w:r>
          </w:p>
        </w:tc>
      </w:tr>
      <w:tr w:rsidR="00265A76" w14:paraId="1ED481A1" w14:textId="77777777" w:rsidTr="00265A76">
        <w:trPr>
          <w:trHeight w:val="463"/>
          <w:jc w:val="center"/>
        </w:trPr>
        <w:tc>
          <w:tcPr>
            <w:tcW w:w="530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59CA6DF" w14:textId="77777777" w:rsidR="00265A76" w:rsidRDefault="00265A76">
            <w:r>
              <w:rPr>
                <w:sz w:val="18"/>
              </w:rPr>
              <w:t>2. Sostenibilità ed Ecologia</w:t>
            </w:r>
          </w:p>
        </w:tc>
        <w:tc>
          <w:tcPr>
            <w:tcW w:w="4753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89A3449" w14:textId="31F4C794" w:rsidR="00265A76" w:rsidRDefault="00265A76" w:rsidP="00265A76">
            <w:pPr>
              <w:jc w:val="center"/>
            </w:pPr>
            <w:r>
              <w:rPr>
                <w:sz w:val="18"/>
              </w:rPr>
              <w:t>h</w:t>
            </w:r>
          </w:p>
        </w:tc>
      </w:tr>
      <w:tr w:rsidR="00265A76" w14:paraId="205AE92F" w14:textId="77777777" w:rsidTr="00265A76">
        <w:trPr>
          <w:trHeight w:val="451"/>
          <w:jc w:val="center"/>
        </w:trPr>
        <w:tc>
          <w:tcPr>
            <w:tcW w:w="530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97DBE4D" w14:textId="77777777" w:rsidR="00265A76" w:rsidRPr="00265A76" w:rsidRDefault="00265A76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3. Cittadinanza Digitale ed I.A.</w:t>
            </w:r>
          </w:p>
        </w:tc>
        <w:tc>
          <w:tcPr>
            <w:tcW w:w="4753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2876C85" w14:textId="16993622" w:rsidR="00265A76" w:rsidRDefault="00265A76" w:rsidP="00265A76">
            <w:pPr>
              <w:jc w:val="center"/>
            </w:pPr>
            <w:r>
              <w:rPr>
                <w:sz w:val="18"/>
              </w:rPr>
              <w:t>h</w:t>
            </w:r>
          </w:p>
        </w:tc>
      </w:tr>
    </w:tbl>
    <w:p w14:paraId="5AB072C3" w14:textId="77777777" w:rsidR="00ED45C4" w:rsidRDefault="00ED45C4"/>
    <w:p w14:paraId="3E2F86A5" w14:textId="0813278E" w:rsidR="00ED45C4" w:rsidRPr="00265A76" w:rsidRDefault="00000000">
      <w:pPr>
        <w:pStyle w:val="Titolo1"/>
        <w:spacing w:before="280" w:after="120"/>
        <w:rPr>
          <w:lang w:val="it-IT"/>
        </w:rPr>
      </w:pPr>
      <w:r w:rsidRPr="00265A76">
        <w:rPr>
          <w:color w:val="003366"/>
          <w:lang w:val="it-IT"/>
        </w:rPr>
        <w:t xml:space="preserve">7. Attività Progettuali Extracurriculari, </w:t>
      </w:r>
      <w:r w:rsidR="00265A76">
        <w:rPr>
          <w:color w:val="003366"/>
          <w:lang w:val="it-IT"/>
        </w:rPr>
        <w:t>FSL</w:t>
      </w:r>
      <w:r w:rsidRPr="00265A76">
        <w:rPr>
          <w:color w:val="003366"/>
          <w:lang w:val="it-IT"/>
        </w:rPr>
        <w:t xml:space="preserve"> e Modulo Orientamento (30 Ore)</w:t>
      </w:r>
    </w:p>
    <w:p w14:paraId="404D3FAF" w14:textId="77777777" w:rsidR="00ED45C4" w:rsidRPr="00265A76" w:rsidRDefault="00000000">
      <w:pPr>
        <w:spacing w:after="120"/>
        <w:rPr>
          <w:lang w:val="it-IT"/>
        </w:rPr>
      </w:pPr>
      <w:r w:rsidRPr="00265A76">
        <w:rPr>
          <w:b/>
          <w:lang w:val="it-IT"/>
        </w:rPr>
        <w:t xml:space="preserve">• Modulo Formativo di Orientamento (30 Ore - D.M. 328/2022): </w:t>
      </w:r>
      <w:r w:rsidRPr="00265A76">
        <w:rPr>
          <w:lang w:val="it-IT"/>
        </w:rPr>
        <w:t>Attivazione delle 30 ore curriculari di orientamento integrate nelle discipline, finalizzate alla compilazione del Portfolio personale e dell'E-Portfolio sulla piattaforma Unica.</w:t>
      </w:r>
      <w:r w:rsidRPr="00265A76">
        <w:rPr>
          <w:lang w:val="it-IT"/>
        </w:rPr>
        <w:br/>
      </w:r>
      <w:r w:rsidRPr="00265A76">
        <w:rPr>
          <w:lang w:val="it-IT"/>
        </w:rPr>
        <w:br/>
      </w:r>
      <w:r w:rsidRPr="00265A76">
        <w:rPr>
          <w:b/>
          <w:lang w:val="it-IT"/>
        </w:rPr>
        <w:t xml:space="preserve">• Percorsi per le Competenze Trasversali e l'Orientamento (PCTO): </w:t>
      </w:r>
      <w:r w:rsidRPr="00265A76">
        <w:rPr>
          <w:lang w:val="it-IT"/>
        </w:rPr>
        <w:t>Svolgimento delle attività previste nel triennio mediante stage, tirocini, visite aziendali e laboratori orientativi in convenzione con enti ed imprese del territorio.</w:t>
      </w:r>
      <w:r w:rsidRPr="00265A76">
        <w:rPr>
          <w:lang w:val="it-IT"/>
        </w:rPr>
        <w:br/>
      </w:r>
      <w:r w:rsidRPr="00265A76">
        <w:rPr>
          <w:lang w:val="it-IT"/>
        </w:rPr>
        <w:br/>
      </w:r>
      <w:r w:rsidRPr="00265A76">
        <w:rPr>
          <w:b/>
          <w:lang w:val="it-IT"/>
        </w:rPr>
        <w:t xml:space="preserve">• Iniziative Extracurriculari e Visite Didattiche: </w:t>
      </w:r>
      <w:r w:rsidRPr="00265A76">
        <w:rPr>
          <w:lang w:val="it-IT"/>
        </w:rPr>
        <w:t>Partecipazione a spettacoli teatrali, conferenze d'istituto, progetti PON/POR, viaggi d'istruzione e visite guidate a musei o centri di ricerca.</w:t>
      </w:r>
    </w:p>
    <w:p w14:paraId="6E90EAF2" w14:textId="77777777" w:rsidR="00ED45C4" w:rsidRPr="00265A76" w:rsidRDefault="00ED45C4">
      <w:pPr>
        <w:rPr>
          <w:lang w:val="it-IT"/>
        </w:rPr>
      </w:pPr>
    </w:p>
    <w:p w14:paraId="489245F7" w14:textId="77777777" w:rsidR="00ED45C4" w:rsidRPr="00265A76" w:rsidRDefault="00000000">
      <w:pPr>
        <w:pStyle w:val="Titolo1"/>
        <w:spacing w:before="280" w:after="120"/>
        <w:rPr>
          <w:lang w:val="it-IT"/>
        </w:rPr>
      </w:pPr>
      <w:r w:rsidRPr="00265A76">
        <w:rPr>
          <w:color w:val="003366"/>
          <w:lang w:val="it-IT"/>
        </w:rPr>
        <w:t>8. Strumenti Organizzativi, Metodologie Didattiche e Uso dell'I.A.</w:t>
      </w:r>
    </w:p>
    <w:p w14:paraId="2E92FEE8" w14:textId="77777777" w:rsidR="00ED45C4" w:rsidRPr="00265A76" w:rsidRDefault="00000000">
      <w:pPr>
        <w:spacing w:after="120"/>
        <w:rPr>
          <w:lang w:val="it-IT"/>
        </w:rPr>
      </w:pPr>
      <w:r w:rsidRPr="00265A76">
        <w:rPr>
          <w:b/>
          <w:lang w:val="it-IT"/>
        </w:rPr>
        <w:t xml:space="preserve">• Materiali e Strumenti Organizzativi: </w:t>
      </w:r>
      <w:r w:rsidRPr="00265A76">
        <w:rPr>
          <w:lang w:val="it-IT"/>
        </w:rPr>
        <w:t>Libri di testo in adozione, espansioni digitali, presentazioni multimediali, schede operative e risorse audio-video reperite in rete.</w:t>
      </w:r>
      <w:r w:rsidRPr="00265A76">
        <w:rPr>
          <w:lang w:val="it-IT"/>
        </w:rPr>
        <w:br/>
      </w:r>
      <w:r w:rsidRPr="00265A76">
        <w:rPr>
          <w:lang w:val="it-IT"/>
        </w:rPr>
        <w:lastRenderedPageBreak/>
        <w:br/>
      </w:r>
      <w:r w:rsidRPr="00265A76">
        <w:rPr>
          <w:b/>
          <w:lang w:val="it-IT"/>
        </w:rPr>
        <w:t xml:space="preserve">• Piattaforme e Comunicazione: </w:t>
      </w:r>
      <w:r w:rsidRPr="00265A76">
        <w:rPr>
          <w:lang w:val="it-IT"/>
        </w:rPr>
        <w:t>Utilizzo dell'ambiente Google Workspace (Classroom, Meet, Drive), del Registro Elettronico on-line e delle piattaforme editoriali (Collabora, Pearson Smart Class).</w:t>
      </w:r>
      <w:r w:rsidRPr="00265A76">
        <w:rPr>
          <w:lang w:val="it-IT"/>
        </w:rPr>
        <w:br/>
      </w:r>
      <w:r w:rsidRPr="00265A76">
        <w:rPr>
          <w:lang w:val="it-IT"/>
        </w:rPr>
        <w:br/>
      </w:r>
      <w:r w:rsidRPr="00265A76">
        <w:rPr>
          <w:b/>
          <w:lang w:val="it-IT"/>
        </w:rPr>
        <w:t xml:space="preserve">• Metodologie Didattiche Attive ed Uso dell'I.A.: </w:t>
      </w:r>
      <w:r w:rsidRPr="00265A76">
        <w:rPr>
          <w:lang w:val="it-IT"/>
        </w:rPr>
        <w:t>Lezione dialogata e socratica, Flipped Classroom, Problem-Based Learning (PBL), Cooperative Learning e Debate. L'integrazione dell'Intelligenza Artificiale avviene mediante sessioni di prompting guidato, analisi critica degli output generati da LLM e verifica incrociata delle fonti informative.</w:t>
      </w:r>
    </w:p>
    <w:p w14:paraId="5849CC84" w14:textId="77777777" w:rsidR="00ED45C4" w:rsidRPr="00265A76" w:rsidRDefault="00ED45C4">
      <w:pPr>
        <w:rPr>
          <w:lang w:val="it-IT"/>
        </w:rPr>
      </w:pPr>
    </w:p>
    <w:p w14:paraId="2237D3AC" w14:textId="77777777" w:rsidR="00ED45C4" w:rsidRPr="00265A76" w:rsidRDefault="00000000">
      <w:pPr>
        <w:pStyle w:val="Titolo1"/>
        <w:spacing w:before="280" w:after="120"/>
        <w:rPr>
          <w:lang w:val="it-IT"/>
        </w:rPr>
      </w:pPr>
      <w:r w:rsidRPr="00265A76">
        <w:rPr>
          <w:color w:val="003366"/>
          <w:lang w:val="it-IT"/>
        </w:rPr>
        <w:t>9. Strategie ed Iniziative per il Recupero e il Potenziamento</w:t>
      </w:r>
    </w:p>
    <w:p w14:paraId="52C040A7" w14:textId="77777777" w:rsidR="00ED45C4" w:rsidRPr="00265A76" w:rsidRDefault="00000000">
      <w:pPr>
        <w:spacing w:after="120"/>
        <w:rPr>
          <w:lang w:val="it-IT"/>
        </w:rPr>
      </w:pPr>
      <w:r w:rsidRPr="00265A76">
        <w:rPr>
          <w:b/>
          <w:lang w:val="it-IT"/>
        </w:rPr>
        <w:t xml:space="preserve">• Interventi di Recupero: </w:t>
      </w:r>
      <w:r w:rsidRPr="00265A76">
        <w:rPr>
          <w:lang w:val="it-IT"/>
        </w:rPr>
        <w:t>Predisposizione di recupero in itinere, pause didattiche a fine UDA, corsi pomeridiani (IDEI) e sportello didattico individualizzato per il colmamento delle lacune pregresse.</w:t>
      </w:r>
      <w:r w:rsidRPr="00265A76">
        <w:rPr>
          <w:lang w:val="it-IT"/>
        </w:rPr>
        <w:br/>
      </w:r>
      <w:r w:rsidRPr="00265A76">
        <w:rPr>
          <w:lang w:val="it-IT"/>
        </w:rPr>
        <w:br/>
      </w:r>
      <w:r w:rsidRPr="00265A76">
        <w:rPr>
          <w:b/>
          <w:lang w:val="it-IT"/>
        </w:rPr>
        <w:t xml:space="preserve">• Iniziative di Potenziamento e Valorizzazione delle Eccellenze: </w:t>
      </w:r>
      <w:r w:rsidRPr="00265A76">
        <w:rPr>
          <w:lang w:val="it-IT"/>
        </w:rPr>
        <w:t>Attività di approfondimento personale, partecipazione alle Olimpiadi disciplinari, peer tutoring e coinvolgimento in progetti ad alta complessità cognitivo-operativa.</w:t>
      </w:r>
    </w:p>
    <w:p w14:paraId="347D3856" w14:textId="77777777" w:rsidR="00ED45C4" w:rsidRPr="00265A76" w:rsidRDefault="00ED45C4">
      <w:pPr>
        <w:rPr>
          <w:lang w:val="it-IT"/>
        </w:rPr>
      </w:pPr>
    </w:p>
    <w:p w14:paraId="42E703C6" w14:textId="77777777" w:rsidR="00ED45C4" w:rsidRPr="00265A76" w:rsidRDefault="00000000">
      <w:pPr>
        <w:pStyle w:val="Titolo1"/>
        <w:spacing w:before="280" w:after="120"/>
        <w:rPr>
          <w:lang w:val="it-IT"/>
        </w:rPr>
      </w:pPr>
      <w:r w:rsidRPr="00265A76">
        <w:rPr>
          <w:color w:val="003366"/>
          <w:lang w:val="it-IT"/>
        </w:rPr>
        <w:t>10. Criteri di Valutazione e Rapporti Scuola-Famiglia</w:t>
      </w:r>
    </w:p>
    <w:p w14:paraId="3388962D" w14:textId="77777777" w:rsidR="00ED45C4" w:rsidRPr="00265A76" w:rsidRDefault="00000000">
      <w:pPr>
        <w:spacing w:after="120"/>
        <w:rPr>
          <w:lang w:val="it-IT"/>
        </w:rPr>
      </w:pPr>
      <w:r w:rsidRPr="00265A76">
        <w:rPr>
          <w:lang w:val="it-IT"/>
        </w:rPr>
        <w:t>La valutazione risponde ai quattro principi stabiliti nel PTOF d'Istituto:</w:t>
      </w:r>
      <w:r w:rsidRPr="00265A76">
        <w:rPr>
          <w:lang w:val="it-IT"/>
        </w:rPr>
        <w:br/>
      </w:r>
      <w:r w:rsidRPr="00265A76">
        <w:rPr>
          <w:b/>
          <w:lang w:val="it-IT"/>
        </w:rPr>
        <w:t xml:space="preserve">1. Formativa: </w:t>
      </w:r>
      <w:r w:rsidRPr="00265A76">
        <w:rPr>
          <w:lang w:val="it-IT"/>
        </w:rPr>
        <w:t>Trasparente e finalizzata a guidare il miglioramento dell'alunno.</w:t>
      </w:r>
      <w:r w:rsidRPr="00265A76">
        <w:rPr>
          <w:lang w:val="it-IT"/>
        </w:rPr>
        <w:br/>
      </w:r>
      <w:r w:rsidRPr="00265A76">
        <w:rPr>
          <w:b/>
          <w:lang w:val="it-IT"/>
        </w:rPr>
        <w:t xml:space="preserve">2. Sommativa: </w:t>
      </w:r>
      <w:r w:rsidRPr="00265A76">
        <w:rPr>
          <w:lang w:val="it-IT"/>
        </w:rPr>
        <w:t>Attestazione del livello raggiunto rispetto alle competenze programmate.</w:t>
      </w:r>
      <w:r w:rsidRPr="00265A76">
        <w:rPr>
          <w:lang w:val="it-IT"/>
        </w:rPr>
        <w:br/>
      </w:r>
      <w:r w:rsidRPr="00265A76">
        <w:rPr>
          <w:b/>
          <w:lang w:val="it-IT"/>
        </w:rPr>
        <w:t xml:space="preserve">3. Comparativa: </w:t>
      </w:r>
      <w:r w:rsidRPr="00265A76">
        <w:rPr>
          <w:lang w:val="it-IT"/>
        </w:rPr>
        <w:t>Misurazione della crescita individuale rispetto ai livelli di partenza.</w:t>
      </w:r>
      <w:r w:rsidRPr="00265A76">
        <w:rPr>
          <w:lang w:val="it-IT"/>
        </w:rPr>
        <w:br/>
      </w:r>
      <w:r w:rsidRPr="00265A76">
        <w:rPr>
          <w:b/>
          <w:lang w:val="it-IT"/>
        </w:rPr>
        <w:t xml:space="preserve">4. Orientativa: </w:t>
      </w:r>
      <w:r w:rsidRPr="00265A76">
        <w:rPr>
          <w:lang w:val="it-IT"/>
        </w:rPr>
        <w:t>Sviluppo dell'autoconsapevolezza in vista delle scelte future.</w:t>
      </w:r>
      <w:r w:rsidRPr="00265A76">
        <w:rPr>
          <w:lang w:val="it-IT"/>
        </w:rPr>
        <w:br/>
      </w:r>
      <w:r w:rsidRPr="00265A76">
        <w:rPr>
          <w:lang w:val="it-IT"/>
        </w:rPr>
        <w:br/>
        <w:t>I rapporti con le famiglie si svolgono regolarmente mediante il Registro Elettronico, i ricevimenti individuali periodici e i colloqui generali quadrimestrali.</w:t>
      </w:r>
    </w:p>
    <w:p w14:paraId="19F60E9F" w14:textId="77777777" w:rsidR="00ED45C4" w:rsidRPr="00265A76" w:rsidRDefault="00ED45C4">
      <w:pPr>
        <w:rPr>
          <w:lang w:val="it-IT"/>
        </w:rPr>
      </w:pPr>
    </w:p>
    <w:p w14:paraId="0F9BAE2D" w14:textId="2F0904FC" w:rsidR="00ED45C4" w:rsidRPr="00265A76" w:rsidRDefault="00000000">
      <w:pPr>
        <w:pStyle w:val="Titolo1"/>
        <w:spacing w:before="280" w:after="120"/>
        <w:rPr>
          <w:lang w:val="it-IT"/>
        </w:rPr>
      </w:pPr>
      <w:r w:rsidRPr="00265A76">
        <w:rPr>
          <w:color w:val="003366"/>
          <w:lang w:val="it-IT"/>
        </w:rPr>
        <w:t xml:space="preserve">11. Approvazione del Documento </w:t>
      </w:r>
    </w:p>
    <w:p w14:paraId="6275A19A" w14:textId="77777777" w:rsidR="00ED45C4" w:rsidRDefault="00000000">
      <w:pPr>
        <w:rPr>
          <w:lang w:val="it-IT"/>
        </w:rPr>
      </w:pPr>
      <w:bookmarkStart w:id="3" w:name="_Hlk241569495"/>
      <w:r w:rsidRPr="00265A76">
        <w:rPr>
          <w:lang w:val="it-IT"/>
        </w:rPr>
        <w:t>Il presente Documento Programmatico di Classe è stato approvato dal Consiglio di Classe nella seduta del _____ / _____ / 2026.</w:t>
      </w:r>
    </w:p>
    <w:p w14:paraId="125BB093" w14:textId="77777777" w:rsidR="000E5BB8" w:rsidRPr="000E5BB8" w:rsidRDefault="000E5BB8" w:rsidP="000E5BB8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4"/>
          <w:szCs w:val="24"/>
          <w:lang w:val="it-IT" w:eastAsia="it-IT"/>
        </w:rPr>
      </w:pPr>
      <w:r w:rsidRPr="000E5BB8">
        <w:rPr>
          <w:rFonts w:ascii="Calibri-Bold" w:eastAsia="Times New Roman" w:hAnsi="Calibri-Bold" w:cs="Times New Roman"/>
          <w:b/>
          <w:bCs/>
          <w:color w:val="244061" w:themeColor="accent1" w:themeShade="80"/>
          <w:sz w:val="28"/>
          <w:szCs w:val="28"/>
          <w:lang w:val="it-IT" w:eastAsia="it-IT"/>
        </w:rPr>
        <w:t>Il Consiglio di Classe</w:t>
      </w:r>
    </w:p>
    <w:tbl>
      <w:tblPr>
        <w:tblW w:w="101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4173"/>
      </w:tblGrid>
      <w:tr w:rsidR="000E5BB8" w:rsidRPr="000E5BB8" w14:paraId="5F37CF8B" w14:textId="77777777" w:rsidTr="000E5BB8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 w:themeFill="accent1" w:themeFillShade="80"/>
            <w:vAlign w:val="center"/>
            <w:hideMark/>
          </w:tcPr>
          <w:p w14:paraId="6291C494" w14:textId="77777777" w:rsidR="000E5BB8" w:rsidRPr="000E5BB8" w:rsidRDefault="000E5BB8" w:rsidP="000E5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val="it-IT" w:eastAsia="it-IT"/>
              </w:rPr>
            </w:pPr>
            <w:r w:rsidRPr="000E5BB8">
              <w:rPr>
                <w:rFonts w:ascii="Calibri-Bold" w:eastAsia="Times New Roman" w:hAnsi="Calibri-Bold" w:cs="Times New Roman"/>
                <w:b/>
                <w:bCs/>
                <w:color w:val="FFFFFF" w:themeColor="background1"/>
                <w:sz w:val="28"/>
                <w:szCs w:val="28"/>
                <w:lang w:val="it-IT" w:eastAsia="it-IT"/>
              </w:rPr>
              <w:t xml:space="preserve">Docente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 w:themeFill="accent1" w:themeFillShade="80"/>
            <w:vAlign w:val="center"/>
            <w:hideMark/>
          </w:tcPr>
          <w:p w14:paraId="0D2F3F0E" w14:textId="77777777" w:rsidR="000E5BB8" w:rsidRPr="000E5BB8" w:rsidRDefault="000E5BB8" w:rsidP="000E5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val="it-IT" w:eastAsia="it-IT"/>
              </w:rPr>
            </w:pPr>
            <w:r w:rsidRPr="000E5BB8">
              <w:rPr>
                <w:rFonts w:ascii="Calibri-Bold" w:eastAsia="Times New Roman" w:hAnsi="Calibri-Bold" w:cs="Times New Roman"/>
                <w:b/>
                <w:bCs/>
                <w:color w:val="FFFFFF" w:themeColor="background1"/>
                <w:sz w:val="28"/>
                <w:szCs w:val="28"/>
                <w:lang w:val="it-IT" w:eastAsia="it-IT"/>
              </w:rPr>
              <w:t xml:space="preserve">Disciplina 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 w:themeFill="accent1" w:themeFillShade="80"/>
            <w:vAlign w:val="center"/>
            <w:hideMark/>
          </w:tcPr>
          <w:p w14:paraId="6892B507" w14:textId="77777777" w:rsidR="000E5BB8" w:rsidRPr="000E5BB8" w:rsidRDefault="000E5BB8" w:rsidP="000E5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val="it-IT" w:eastAsia="it-IT"/>
              </w:rPr>
            </w:pPr>
            <w:r w:rsidRPr="000E5BB8">
              <w:rPr>
                <w:rFonts w:ascii="Calibri-Bold" w:eastAsia="Times New Roman" w:hAnsi="Calibri-Bold" w:cs="Times New Roman"/>
                <w:b/>
                <w:bCs/>
                <w:color w:val="FFFFFF" w:themeColor="background1"/>
                <w:sz w:val="28"/>
                <w:szCs w:val="28"/>
                <w:lang w:val="it-IT" w:eastAsia="it-IT"/>
              </w:rPr>
              <w:t>Firma</w:t>
            </w:r>
          </w:p>
        </w:tc>
      </w:tr>
      <w:tr w:rsidR="000E5BB8" w:rsidRPr="000E5BB8" w14:paraId="72FAB775" w14:textId="77777777" w:rsidTr="000E5BB8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6AC88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58D5D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CE5DA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</w:tr>
      <w:tr w:rsidR="000E5BB8" w:rsidRPr="000E5BB8" w14:paraId="69B770E0" w14:textId="77777777" w:rsidTr="000E5BB8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B9456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66FB2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7F24F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</w:tr>
      <w:tr w:rsidR="000E5BB8" w:rsidRPr="000E5BB8" w14:paraId="4590B8D7" w14:textId="77777777" w:rsidTr="000E5BB8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6C5A5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91D49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56B42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</w:tr>
      <w:tr w:rsidR="000E5BB8" w:rsidRPr="000E5BB8" w14:paraId="72829726" w14:textId="77777777" w:rsidTr="000E5BB8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C3776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85242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85DC9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</w:tr>
      <w:tr w:rsidR="000E5BB8" w:rsidRPr="000E5BB8" w14:paraId="5480A92E" w14:textId="77777777" w:rsidTr="000E5BB8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1615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A1405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EEF57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</w:tr>
      <w:tr w:rsidR="000E5BB8" w:rsidRPr="000E5BB8" w14:paraId="2A9951D4" w14:textId="77777777" w:rsidTr="000E5BB8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3D37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54D1C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BF4C0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</w:tr>
      <w:tr w:rsidR="000E5BB8" w:rsidRPr="000E5BB8" w14:paraId="39982ACB" w14:textId="77777777" w:rsidTr="000E5BB8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71054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A5D80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1E26C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</w:tr>
      <w:tr w:rsidR="000E5BB8" w:rsidRPr="000E5BB8" w14:paraId="07AA9F3A" w14:textId="77777777" w:rsidTr="000E5BB8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33E33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60EC8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1E9FF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</w:tr>
      <w:tr w:rsidR="000E5BB8" w:rsidRPr="000E5BB8" w14:paraId="0D671B5D" w14:textId="77777777" w:rsidTr="000E5BB8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3A2D5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AC895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DB1B4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</w:tr>
      <w:tr w:rsidR="000E5BB8" w:rsidRPr="000E5BB8" w14:paraId="47DD1F3F" w14:textId="77777777" w:rsidTr="000E5BB8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6ACE2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322B6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753F8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</w:tr>
      <w:tr w:rsidR="000E5BB8" w:rsidRPr="000E5BB8" w14:paraId="1A2C634D" w14:textId="77777777" w:rsidTr="000E5BB8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B7581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7B926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68DD7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</w:tr>
      <w:tr w:rsidR="000E5BB8" w:rsidRPr="000E5BB8" w14:paraId="5AC21840" w14:textId="77777777" w:rsidTr="000E5BB8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CB0B5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3EFBD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0F349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</w:tr>
      <w:tr w:rsidR="000E5BB8" w:rsidRPr="000E5BB8" w14:paraId="12D922E2" w14:textId="77777777" w:rsidTr="000E5BB8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DE4C2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DA292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28871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</w:tr>
      <w:tr w:rsidR="000E5BB8" w:rsidRPr="000E5BB8" w14:paraId="464E193F" w14:textId="77777777" w:rsidTr="000E5BB8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317E0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7E59C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06777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</w:tr>
      <w:tr w:rsidR="000E5BB8" w:rsidRPr="000E5BB8" w14:paraId="63E891B1" w14:textId="77777777" w:rsidTr="000E5BB8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98B1E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ADB8F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5D8BC" w14:textId="77777777" w:rsidR="000E5BB8" w:rsidRPr="000E5BB8" w:rsidRDefault="000E5BB8" w:rsidP="000E5BB8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</w:tr>
    </w:tbl>
    <w:p w14:paraId="7800AB1B" w14:textId="77777777" w:rsidR="000E5BB8" w:rsidRPr="000E5BB8" w:rsidRDefault="000E5BB8" w:rsidP="000E5BB8">
      <w:pPr>
        <w:rPr>
          <w:rFonts w:ascii="Calibri-Bold" w:eastAsia="Times New Roman" w:hAnsi="Calibri-Bold" w:cs="Times New Roman"/>
          <w:b/>
          <w:bCs/>
          <w:color w:val="0F243E" w:themeColor="text2" w:themeShade="80"/>
          <w:sz w:val="24"/>
          <w:szCs w:val="24"/>
          <w:lang w:val="it-IT" w:eastAsia="it-IT"/>
        </w:rPr>
      </w:pPr>
      <w:r w:rsidRPr="000E5BB8">
        <w:rPr>
          <w:rFonts w:ascii="Calibri-Bold" w:eastAsia="Times New Roman" w:hAnsi="Calibri-Bold" w:cs="Times New Roman"/>
          <w:b/>
          <w:bCs/>
          <w:color w:val="0F243E" w:themeColor="text2" w:themeShade="80"/>
          <w:sz w:val="24"/>
          <w:szCs w:val="24"/>
          <w:lang w:val="it-IT" w:eastAsia="it-IT"/>
        </w:rPr>
        <w:t>Data</w:t>
      </w:r>
    </w:p>
    <w:p w14:paraId="24C7EA7F" w14:textId="486755CA" w:rsidR="000E5BB8" w:rsidRPr="000E5BB8" w:rsidRDefault="000E5BB8" w:rsidP="000E5BB8">
      <w:pPr>
        <w:jc w:val="right"/>
        <w:rPr>
          <w:sz w:val="24"/>
          <w:szCs w:val="24"/>
          <w:lang w:val="it-IT"/>
        </w:rPr>
      </w:pPr>
      <w:r w:rsidRPr="000E5BB8">
        <w:rPr>
          <w:rFonts w:ascii="Calibri-Bold" w:eastAsia="Times New Roman" w:hAnsi="Calibri-Bold" w:cs="Times New Roman"/>
          <w:b/>
          <w:bCs/>
          <w:color w:val="000000"/>
          <w:sz w:val="32"/>
          <w:szCs w:val="32"/>
          <w:lang w:val="it-IT" w:eastAsia="it-IT"/>
        </w:rPr>
        <w:br/>
      </w:r>
      <w:r w:rsidRPr="000E5BB8">
        <w:rPr>
          <w:rFonts w:ascii="Calibri-Bold" w:hAnsi="Calibri-Bold"/>
          <w:b/>
          <w:bCs/>
          <w:color w:val="0F243E" w:themeColor="text2" w:themeShade="80"/>
          <w:sz w:val="24"/>
          <w:szCs w:val="24"/>
        </w:rPr>
        <w:t>Firma coordinatore</w:t>
      </w:r>
      <w:bookmarkEnd w:id="3"/>
    </w:p>
    <w:sectPr w:rsidR="000E5BB8" w:rsidRPr="000E5BB8" w:rsidSect="00034616">
      <w:footerReference w:type="default" r:id="rId12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43B5B" w14:textId="77777777" w:rsidR="00A93F87" w:rsidRDefault="00A93F87">
      <w:pPr>
        <w:spacing w:after="0" w:line="240" w:lineRule="auto"/>
      </w:pPr>
      <w:r>
        <w:separator/>
      </w:r>
    </w:p>
  </w:endnote>
  <w:endnote w:type="continuationSeparator" w:id="0">
    <w:p w14:paraId="6B2F0EC3" w14:textId="77777777" w:rsidR="00A93F87" w:rsidRDefault="00A93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roman"/>
    <w:notTrueType/>
    <w:pitch w:val="default"/>
  </w:font>
  <w:font w:name="Calibri-Bold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C2BEB" w14:textId="77777777" w:rsidR="00ED45C4" w:rsidRPr="00265A76" w:rsidRDefault="00000000">
    <w:pPr>
      <w:pStyle w:val="Pidipagina"/>
      <w:jc w:val="right"/>
      <w:rPr>
        <w:lang w:val="it-IT"/>
      </w:rPr>
    </w:pPr>
    <w:r w:rsidRPr="00265A76">
      <w:rPr>
        <w:i/>
        <w:color w:val="808080"/>
        <w:sz w:val="18"/>
        <w:lang w:val="it-IT"/>
      </w:rPr>
      <w:t xml:space="preserve">I.I.S. Rita Levi Montalcini — Documento Programmatico di Classe |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C38BC" w14:textId="77777777" w:rsidR="00A93F87" w:rsidRDefault="00A93F87">
      <w:pPr>
        <w:spacing w:after="0" w:line="240" w:lineRule="auto"/>
      </w:pPr>
      <w:r>
        <w:separator/>
      </w:r>
    </w:p>
  </w:footnote>
  <w:footnote w:type="continuationSeparator" w:id="0">
    <w:p w14:paraId="44B4D717" w14:textId="77777777" w:rsidR="00A93F87" w:rsidRDefault="00A93F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9624245">
    <w:abstractNumId w:val="8"/>
  </w:num>
  <w:num w:numId="2" w16cid:durableId="1961911474">
    <w:abstractNumId w:val="6"/>
  </w:num>
  <w:num w:numId="3" w16cid:durableId="1659454623">
    <w:abstractNumId w:val="5"/>
  </w:num>
  <w:num w:numId="4" w16cid:durableId="1598906943">
    <w:abstractNumId w:val="4"/>
  </w:num>
  <w:num w:numId="5" w16cid:durableId="578949319">
    <w:abstractNumId w:val="7"/>
  </w:num>
  <w:num w:numId="6" w16cid:durableId="1515680193">
    <w:abstractNumId w:val="3"/>
  </w:num>
  <w:num w:numId="7" w16cid:durableId="2035572288">
    <w:abstractNumId w:val="2"/>
  </w:num>
  <w:num w:numId="8" w16cid:durableId="1592279201">
    <w:abstractNumId w:val="1"/>
  </w:num>
  <w:num w:numId="9" w16cid:durableId="1621456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619D"/>
    <w:rsid w:val="0006063C"/>
    <w:rsid w:val="000E5BB8"/>
    <w:rsid w:val="0015074B"/>
    <w:rsid w:val="00265A76"/>
    <w:rsid w:val="0029639D"/>
    <w:rsid w:val="002A347C"/>
    <w:rsid w:val="00301C2D"/>
    <w:rsid w:val="00326F90"/>
    <w:rsid w:val="004162A8"/>
    <w:rsid w:val="007E65CA"/>
    <w:rsid w:val="00A93F87"/>
    <w:rsid w:val="00AA1D8D"/>
    <w:rsid w:val="00B47730"/>
    <w:rsid w:val="00CB0664"/>
    <w:rsid w:val="00DE6A06"/>
    <w:rsid w:val="00ED45C4"/>
    <w:rsid w:val="00EE68D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52258B"/>
  <w14:defaultImageDpi w14:val="300"/>
  <w15:docId w15:val="{6C7C9100-94D0-456F-A99E-A1992F4C1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/>
      <w:color w:val="333333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eWeb">
    <w:name w:val="Normal (Web)"/>
    <w:basedOn w:val="Normale"/>
    <w:uiPriority w:val="99"/>
    <w:semiHidden/>
    <w:unhideWhenUsed/>
    <w:rsid w:val="00265A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it-IT" w:eastAsia="it-IT"/>
    </w:rPr>
  </w:style>
  <w:style w:type="character" w:customStyle="1" w:styleId="fontstyle01">
    <w:name w:val="fontstyle01"/>
    <w:basedOn w:val="Carpredefinitoparagrafo"/>
    <w:rsid w:val="000E5BB8"/>
    <w:rPr>
      <w:rFonts w:ascii="Calibri-BoldItalic" w:hAnsi="Calibri-BoldItalic" w:hint="default"/>
      <w:b/>
      <w:bCs/>
      <w:i/>
      <w:iCs/>
      <w:color w:val="000000"/>
      <w:sz w:val="22"/>
      <w:szCs w:val="22"/>
    </w:rPr>
  </w:style>
  <w:style w:type="character" w:customStyle="1" w:styleId="fontstyle21">
    <w:name w:val="fontstyle21"/>
    <w:basedOn w:val="Carpredefinitoparagrafo"/>
    <w:rsid w:val="000E5BB8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2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1871</Words>
  <Characters>10666</Characters>
  <Application>Microsoft Office Word</Application>
  <DocSecurity>0</DocSecurity>
  <Lines>88</Lines>
  <Paragraphs>25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12512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maria canino</cp:lastModifiedBy>
  <cp:revision>4</cp:revision>
  <dcterms:created xsi:type="dcterms:W3CDTF">2026-10-05T07:07:00Z</dcterms:created>
  <dcterms:modified xsi:type="dcterms:W3CDTF">2026-10-05T07:08:00Z</dcterms:modified>
  <cp:category/>
</cp:coreProperties>
</file>