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DE8E5" w14:textId="2A0840F5" w:rsidR="000C543D" w:rsidRDefault="000C543D" w:rsidP="000C543D">
      <w:pPr>
        <w:widowControl w:val="0"/>
        <w:pBdr>
          <w:bottom w:val="single" w:sz="12" w:space="1" w:color="auto"/>
        </w:pBdr>
        <w:autoSpaceDE w:val="0"/>
        <w:autoSpaceDN w:val="0"/>
        <w:ind w:firstLine="170"/>
        <w:jc w:val="center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Fonts w:asciiTheme="minorHAnsi" w:hAnsiTheme="minorHAnsi" w:cstheme="minorHAnsi"/>
          <w:noProof/>
          <w:color w:val="000000"/>
          <w:sz w:val="28"/>
          <w:szCs w:val="28"/>
        </w:rPr>
        <w:drawing>
          <wp:inline distT="0" distB="0" distL="0" distR="0" wp14:anchorId="59BA551B" wp14:editId="39FC95B6">
            <wp:extent cx="365760" cy="457200"/>
            <wp:effectExtent l="0" t="0" r="0" b="0"/>
            <wp:docPr id="1929281916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color w:val="000000"/>
          <w:sz w:val="28"/>
          <w:szCs w:val="28"/>
        </w:rPr>
        <w:t xml:space="preserve">            </w:t>
      </w:r>
      <w:r>
        <w:rPr>
          <w:rFonts w:asciiTheme="minorHAnsi" w:hAnsiTheme="minorHAnsi" w:cstheme="minorHAnsi"/>
          <w:noProof/>
          <w:color w:val="000000"/>
          <w:sz w:val="28"/>
          <w:szCs w:val="28"/>
        </w:rPr>
        <w:drawing>
          <wp:inline distT="0" distB="0" distL="0" distR="0" wp14:anchorId="5C5FD76E" wp14:editId="5B1F05DC">
            <wp:extent cx="640080" cy="457200"/>
            <wp:effectExtent l="0" t="0" r="7620" b="0"/>
            <wp:docPr id="1278812885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color w:val="000000"/>
          <w:sz w:val="28"/>
          <w:szCs w:val="28"/>
        </w:rPr>
        <w:t xml:space="preserve">       </w:t>
      </w:r>
      <w:r>
        <w:rPr>
          <w:rFonts w:asciiTheme="minorHAnsi" w:hAnsiTheme="minorHAnsi" w:cstheme="minorHAnsi"/>
          <w:color w:val="000000"/>
          <w:sz w:val="28"/>
          <w:szCs w:val="28"/>
        </w:rPr>
        <w:tab/>
      </w:r>
      <w:r>
        <w:rPr>
          <w:rFonts w:asciiTheme="minorHAnsi" w:hAnsiTheme="minorHAnsi" w:cstheme="minorHAnsi"/>
          <w:noProof/>
          <w:color w:val="000000"/>
          <w:sz w:val="28"/>
          <w:szCs w:val="28"/>
        </w:rPr>
        <w:drawing>
          <wp:inline distT="0" distB="0" distL="0" distR="0" wp14:anchorId="63D88301" wp14:editId="1076B10C">
            <wp:extent cx="365760" cy="457200"/>
            <wp:effectExtent l="0" t="0" r="0" b="0"/>
            <wp:docPr id="1901835900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AC5DFB" w14:textId="77777777" w:rsidR="000C543D" w:rsidRDefault="000C543D" w:rsidP="000C543D">
      <w:pPr>
        <w:widowControl w:val="0"/>
        <w:pBdr>
          <w:bottom w:val="single" w:sz="12" w:space="1" w:color="auto"/>
        </w:pBdr>
        <w:autoSpaceDE w:val="0"/>
        <w:autoSpaceDN w:val="0"/>
        <w:ind w:firstLine="170"/>
        <w:jc w:val="center"/>
        <w:rPr>
          <w:rFonts w:asciiTheme="minorHAnsi" w:hAnsiTheme="minorHAnsi" w:cstheme="minorHAnsi"/>
          <w:color w:val="000000"/>
          <w:sz w:val="28"/>
          <w:szCs w:val="28"/>
        </w:rPr>
      </w:pPr>
    </w:p>
    <w:p w14:paraId="4B9E0FEB" w14:textId="77777777" w:rsidR="000C543D" w:rsidRDefault="000C543D" w:rsidP="000C543D">
      <w:pPr>
        <w:widowControl w:val="0"/>
        <w:autoSpaceDE w:val="0"/>
        <w:autoSpaceDN w:val="0"/>
        <w:ind w:firstLine="170"/>
        <w:rPr>
          <w:rFonts w:asciiTheme="minorHAnsi" w:hAnsiTheme="minorHAnsi" w:cstheme="minorHAnsi"/>
          <w:color w:val="000000"/>
          <w:sz w:val="28"/>
          <w:szCs w:val="28"/>
        </w:rPr>
      </w:pPr>
    </w:p>
    <w:p w14:paraId="09D58AE2" w14:textId="461D5A3B" w:rsidR="000C543D" w:rsidRDefault="000C543D" w:rsidP="000C543D">
      <w:pPr>
        <w:widowControl w:val="0"/>
        <w:autoSpaceDE w:val="0"/>
        <w:autoSpaceDN w:val="0"/>
        <w:ind w:firstLine="170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noProof/>
          <w:color w:val="333333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B05F44" wp14:editId="7CC5AA25">
                <wp:simplePos x="0" y="0"/>
                <wp:positionH relativeFrom="column">
                  <wp:posOffset>1397635</wp:posOffset>
                </wp:positionH>
                <wp:positionV relativeFrom="paragraph">
                  <wp:posOffset>92075</wp:posOffset>
                </wp:positionV>
                <wp:extent cx="1564005" cy="465455"/>
                <wp:effectExtent l="0" t="0" r="0" b="0"/>
                <wp:wrapNone/>
                <wp:docPr id="7" name="Casella di tes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64005" cy="4654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D5FA43" w14:textId="77777777" w:rsidR="000C543D" w:rsidRDefault="000C543D" w:rsidP="000C543D">
                            <w:pPr>
                              <w:pStyle w:val="NormaleWeb"/>
                              <w:rPr>
                                <w:rFonts w:ascii="Times" w:hAnsi="Times"/>
                              </w:rPr>
                            </w:pPr>
                            <w:r>
                              <w:rPr>
                                <w:rFonts w:ascii="Times" w:hAnsi="Times"/>
                              </w:rPr>
                              <w:t xml:space="preserve">Istituto di Istruzione Superiore  </w:t>
                            </w:r>
                          </w:p>
                          <w:p w14:paraId="17EEB8E1" w14:textId="77777777" w:rsidR="000C543D" w:rsidRDefault="000C543D" w:rsidP="000C543D">
                            <w:pPr>
                              <w:pStyle w:val="NormaleWeb"/>
                            </w:pPr>
                          </w:p>
                          <w:p w14:paraId="3C374FBA" w14:textId="77777777" w:rsidR="000C543D" w:rsidRDefault="000C543D" w:rsidP="000C543D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B05F44" id="_x0000_t202" coordsize="21600,21600" o:spt="202" path="m,l,21600r21600,l21600,xe">
                <v:stroke joinstyle="miter"/>
                <v:path gradientshapeok="t" o:connecttype="rect"/>
              </v:shapetype>
              <v:shape id="Casella di testo 10" o:spid="_x0000_s1026" type="#_x0000_t202" style="position:absolute;left:0;text-align:left;margin-left:110.05pt;margin-top:7.25pt;width:123.15pt;height:36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" fillcolor="window" stroked="f" strokeweight=".5pt">
                <v:textbox>
                  <w:txbxContent>
                    <w:p w14:paraId="5CD5FA43" w14:textId="77777777" w:rsidR="000C543D" w:rsidRDefault="000C543D" w:rsidP="000C543D">
                      <w:pPr>
                        <w:pStyle w:val="NormaleWeb"/>
                        <w:rPr>
                          <w:rFonts w:ascii="Times" w:hAnsi="Times"/>
                        </w:rPr>
                      </w:pPr>
                      <w:r>
                        <w:rPr>
                          <w:rFonts w:ascii="Times" w:hAnsi="Times"/>
                        </w:rPr>
                        <w:t xml:space="preserve">Istituto di Istruzione Superiore  </w:t>
                      </w:r>
                    </w:p>
                    <w:p w14:paraId="17EEB8E1" w14:textId="77777777" w:rsidR="000C543D" w:rsidRDefault="000C543D" w:rsidP="000C543D">
                      <w:pPr>
                        <w:pStyle w:val="NormaleWeb"/>
                      </w:pPr>
                    </w:p>
                    <w:p w14:paraId="3C374FBA" w14:textId="77777777" w:rsidR="000C543D" w:rsidRDefault="000C543D" w:rsidP="000C543D"/>
                  </w:txbxContent>
                </v:textbox>
              </v:shape>
            </w:pict>
          </mc:Fallback>
        </mc:AlternateContent>
      </w:r>
      <w:r>
        <w:rPr>
          <w:noProof/>
          <w:color w:val="333333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43A659" wp14:editId="3AC8533A">
                <wp:simplePos x="0" y="0"/>
                <wp:positionH relativeFrom="column">
                  <wp:posOffset>2961640</wp:posOffset>
                </wp:positionH>
                <wp:positionV relativeFrom="paragraph">
                  <wp:posOffset>894080</wp:posOffset>
                </wp:positionV>
                <wp:extent cx="1358265" cy="625475"/>
                <wp:effectExtent l="0" t="0" r="0" b="3175"/>
                <wp:wrapNone/>
                <wp:docPr id="10" name="Casella di tes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58265" cy="625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D001CD" w14:textId="77777777" w:rsidR="000C543D" w:rsidRDefault="000C543D" w:rsidP="000C543D">
                            <w:pPr>
                              <w:pStyle w:val="NormaleWeb"/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</w:pPr>
                            <w:proofErr w:type="spellStart"/>
                            <w:r>
                              <w:rPr>
                                <w:rFonts w:ascii="Times" w:hAnsi="Times"/>
                                <w:sz w:val="20"/>
                                <w:szCs w:val="20"/>
                              </w:rPr>
                              <w:t>Ipseoa</w:t>
                            </w:r>
                            <w:proofErr w:type="spellEnd"/>
                            <w:r>
                              <w:rPr>
                                <w:rFonts w:ascii="Times" w:hAnsi="Times"/>
                                <w:sz w:val="20"/>
                                <w:szCs w:val="20"/>
                              </w:rPr>
                              <w:t xml:space="preserve">                                </w:t>
                            </w:r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t>Via I Maggio</w:t>
                            </w:r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br/>
                              <w:t xml:space="preserve">88055, Taverna (CZ)                                C.M. CZRH01101R                                       Tel. - Fax: 0961-924833 </w:t>
                            </w:r>
                          </w:p>
                          <w:p w14:paraId="50E1D589" w14:textId="77777777" w:rsidR="000C543D" w:rsidRDefault="000C543D" w:rsidP="000C543D">
                            <w:pPr>
                              <w:pStyle w:val="NormaleWeb"/>
                            </w:pPr>
                          </w:p>
                          <w:p w14:paraId="02C9CE3A" w14:textId="77777777" w:rsidR="000C543D" w:rsidRDefault="000C543D" w:rsidP="000C543D">
                            <w:pPr>
                              <w:pStyle w:val="NormaleWeb"/>
                            </w:pPr>
                          </w:p>
                          <w:p w14:paraId="12F9384D" w14:textId="77777777" w:rsidR="000C543D" w:rsidRDefault="000C543D" w:rsidP="000C543D">
                            <w:pPr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43A659" id="_x0000_s1027" type="#_x0000_t202" style="position:absolute;left:0;text-align:left;margin-left:233.2pt;margin-top:70.4pt;width:106.95pt;height:4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" fillcolor="window" stroked="f" strokeweight=".5pt">
                <v:textbox>
                  <w:txbxContent>
                    <w:p w14:paraId="12D001CD" w14:textId="77777777" w:rsidR="000C543D" w:rsidRDefault="000C543D" w:rsidP="000C543D">
                      <w:pPr>
                        <w:pStyle w:val="NormaleWeb"/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</w:pPr>
                      <w:proofErr w:type="spellStart"/>
                      <w:r>
                        <w:rPr>
                          <w:rFonts w:ascii="Times" w:hAnsi="Times"/>
                          <w:sz w:val="20"/>
                          <w:szCs w:val="20"/>
                        </w:rPr>
                        <w:t>Ipseoa</w:t>
                      </w:r>
                      <w:proofErr w:type="spellEnd"/>
                      <w:r>
                        <w:rPr>
                          <w:rFonts w:ascii="Times" w:hAnsi="Times"/>
                          <w:sz w:val="20"/>
                          <w:szCs w:val="20"/>
                        </w:rPr>
                        <w:t xml:space="preserve">                                </w:t>
                      </w:r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t>Via I Maggio</w:t>
                      </w:r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br/>
                        <w:t>88055, Taverna (</w:t>
                      </w:r>
                      <w:proofErr w:type="gramStart"/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t xml:space="preserve">CZ)   </w:t>
                      </w:r>
                      <w:proofErr w:type="gramEnd"/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t xml:space="preserve">                             C.M. CZRH01101R                                       Tel. - Fax: 0961-924833 </w:t>
                      </w:r>
                    </w:p>
                    <w:p w14:paraId="50E1D589" w14:textId="77777777" w:rsidR="000C543D" w:rsidRDefault="000C543D" w:rsidP="000C543D">
                      <w:pPr>
                        <w:pStyle w:val="NormaleWeb"/>
                      </w:pPr>
                    </w:p>
                    <w:p w14:paraId="02C9CE3A" w14:textId="77777777" w:rsidR="000C543D" w:rsidRDefault="000C543D" w:rsidP="000C543D">
                      <w:pPr>
                        <w:pStyle w:val="NormaleWeb"/>
                      </w:pPr>
                    </w:p>
                    <w:p w14:paraId="12F9384D" w14:textId="77777777" w:rsidR="000C543D" w:rsidRDefault="000C543D" w:rsidP="000C543D">
                      <w:pPr>
                        <w:rPr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33333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1545D" wp14:editId="7C8E81C8">
                <wp:simplePos x="0" y="0"/>
                <wp:positionH relativeFrom="column">
                  <wp:posOffset>1397000</wp:posOffset>
                </wp:positionH>
                <wp:positionV relativeFrom="paragraph">
                  <wp:posOffset>557530</wp:posOffset>
                </wp:positionV>
                <wp:extent cx="1564005" cy="280670"/>
                <wp:effectExtent l="0" t="0" r="0" b="5080"/>
                <wp:wrapNone/>
                <wp:docPr id="13" name="Casella di tes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64005" cy="2806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F08F14" w14:textId="77777777" w:rsidR="000C543D" w:rsidRDefault="000C543D" w:rsidP="000C543D">
                            <w:pPr>
                              <w:pStyle w:val="NormaleWeb"/>
                              <w:rPr>
                                <w:rFonts w:ascii="Times" w:hAnsi="Times"/>
                                <w:i/>
                              </w:rPr>
                            </w:pPr>
                            <w:r>
                              <w:rPr>
                                <w:rFonts w:ascii="Times" w:hAnsi="Times"/>
                                <w:i/>
                              </w:rPr>
                              <w:t xml:space="preserve">Rita Levi Montalcini </w:t>
                            </w:r>
                          </w:p>
                          <w:p w14:paraId="5CADD2B2" w14:textId="77777777" w:rsidR="000C543D" w:rsidRDefault="000C543D" w:rsidP="000C543D">
                            <w:pPr>
                              <w:pStyle w:val="NormaleWeb"/>
                            </w:pPr>
                          </w:p>
                          <w:p w14:paraId="1378EE1A" w14:textId="77777777" w:rsidR="000C543D" w:rsidRDefault="000C543D" w:rsidP="000C543D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1545D" id="Casella di testo 9" o:spid="_x0000_s1028" type="#_x0000_t202" style="position:absolute;left:0;text-align:left;margin-left:110pt;margin-top:43.9pt;width:123.15pt;height:22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" fillcolor="window" stroked="f" strokeweight=".5pt">
                <v:textbox>
                  <w:txbxContent>
                    <w:p w14:paraId="39F08F14" w14:textId="77777777" w:rsidR="000C543D" w:rsidRDefault="000C543D" w:rsidP="000C543D">
                      <w:pPr>
                        <w:pStyle w:val="NormaleWeb"/>
                        <w:rPr>
                          <w:rFonts w:ascii="Times" w:hAnsi="Times"/>
                          <w:i/>
                        </w:rPr>
                      </w:pPr>
                      <w:r>
                        <w:rPr>
                          <w:rFonts w:ascii="Times" w:hAnsi="Times"/>
                          <w:i/>
                        </w:rPr>
                        <w:t xml:space="preserve">Rita Levi Montalcini </w:t>
                      </w:r>
                    </w:p>
                    <w:p w14:paraId="5CADD2B2" w14:textId="77777777" w:rsidR="000C543D" w:rsidRDefault="000C543D" w:rsidP="000C543D">
                      <w:pPr>
                        <w:pStyle w:val="NormaleWeb"/>
                      </w:pPr>
                    </w:p>
                    <w:p w14:paraId="1378EE1A" w14:textId="77777777" w:rsidR="000C543D" w:rsidRDefault="000C543D" w:rsidP="000C543D"/>
                  </w:txbxContent>
                </v:textbox>
              </v:shape>
            </w:pict>
          </mc:Fallback>
        </mc:AlternateContent>
      </w:r>
      <w:r>
        <w:rPr>
          <w:noProof/>
          <w:color w:val="33333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A1E37D3" wp14:editId="055001C2">
                <wp:simplePos x="0" y="0"/>
                <wp:positionH relativeFrom="column">
                  <wp:posOffset>1396365</wp:posOffset>
                </wp:positionH>
                <wp:positionV relativeFrom="paragraph">
                  <wp:posOffset>842010</wp:posOffset>
                </wp:positionV>
                <wp:extent cx="1491615" cy="625475"/>
                <wp:effectExtent l="0" t="0" r="0" b="3175"/>
                <wp:wrapNone/>
                <wp:docPr id="12" name="Casella di tes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91615" cy="625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83E1F9" w14:textId="77777777" w:rsidR="000C543D" w:rsidRDefault="000C543D" w:rsidP="000C543D">
                            <w:pPr>
                              <w:pStyle w:val="NormaleWeb"/>
                              <w:rPr>
                                <w:rFonts w:ascii="Times" w:hAnsi="Times"/>
                              </w:rPr>
                            </w:pPr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t xml:space="preserve">Via </w:t>
                            </w:r>
                            <w:proofErr w:type="spellStart"/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t>C.Alvaro</w:t>
                            </w:r>
                            <w:proofErr w:type="spellEnd"/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t xml:space="preserve"> 17,    88054 Sersale (CZ)</w:t>
                            </w:r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br/>
                              <w:t xml:space="preserve">C.M. CZIS01100L - C.F. 97061370793     email: czis01100l@istruzione.it </w:t>
                            </w:r>
                            <w:r>
                              <w:rPr>
                                <w:rFonts w:ascii="Times" w:hAnsi="Times"/>
                              </w:rPr>
                              <w:t xml:space="preserve">        </w:t>
                            </w:r>
                            <w:proofErr w:type="spellStart"/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t>pec</w:t>
                            </w:r>
                            <w:proofErr w:type="spellEnd"/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t xml:space="preserve">: czis01100l@pec.istruzione.it              web: www.is-sersale.edu.it </w:t>
                            </w:r>
                          </w:p>
                          <w:p w14:paraId="1780D637" w14:textId="77777777" w:rsidR="000C543D" w:rsidRDefault="000C543D" w:rsidP="000C543D">
                            <w:pPr>
                              <w:pStyle w:val="NormaleWeb"/>
                            </w:pPr>
                          </w:p>
                          <w:p w14:paraId="44A6BDC4" w14:textId="77777777" w:rsidR="000C543D" w:rsidRPr="00B12A4E" w:rsidRDefault="000C543D" w:rsidP="000C543D">
                            <w:pPr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1E37D3" id="Casella di testo 8" o:spid="_x0000_s1029" type="#_x0000_t202" style="position:absolute;left:0;text-align:left;margin-left:109.95pt;margin-top:66.3pt;width:117.45pt;height:49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" fillcolor="window" stroked="f" strokeweight=".5pt">
                <v:textbox>
                  <w:txbxContent>
                    <w:p w14:paraId="0D83E1F9" w14:textId="77777777" w:rsidR="000C543D" w:rsidRDefault="000C543D" w:rsidP="000C543D">
                      <w:pPr>
                        <w:pStyle w:val="NormaleWeb"/>
                        <w:rPr>
                          <w:rFonts w:ascii="Times" w:hAnsi="Times"/>
                        </w:rPr>
                      </w:pPr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t xml:space="preserve">Via </w:t>
                      </w:r>
                      <w:proofErr w:type="spellStart"/>
                      <w:proofErr w:type="gramStart"/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t>C.Alvaro</w:t>
                      </w:r>
                      <w:proofErr w:type="spellEnd"/>
                      <w:proofErr w:type="gramEnd"/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t xml:space="preserve">17,   </w:t>
                      </w:r>
                      <w:proofErr w:type="gramEnd"/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t xml:space="preserve"> 88054 Sersale (CZ)</w:t>
                      </w:r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br/>
                        <w:t xml:space="preserve">C.M. CZIS01100L - C.F. 97061370793     email: czis01100l@istruzione.it </w:t>
                      </w:r>
                      <w:r>
                        <w:rPr>
                          <w:rFonts w:ascii="Times" w:hAnsi="Times"/>
                        </w:rPr>
                        <w:t xml:space="preserve">        </w:t>
                      </w:r>
                      <w:proofErr w:type="spellStart"/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t>pec</w:t>
                      </w:r>
                      <w:proofErr w:type="spellEnd"/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t xml:space="preserve">: czis01100l@pec.istruzione.it              web: www.is-sersale.edu.it </w:t>
                      </w:r>
                    </w:p>
                    <w:p w14:paraId="1780D637" w14:textId="77777777" w:rsidR="000C543D" w:rsidRDefault="000C543D" w:rsidP="000C543D">
                      <w:pPr>
                        <w:pStyle w:val="NormaleWeb"/>
                      </w:pPr>
                    </w:p>
                    <w:p w14:paraId="44A6BDC4" w14:textId="77777777" w:rsidR="000C543D" w:rsidRPr="00B12A4E" w:rsidRDefault="000C543D" w:rsidP="000C543D">
                      <w:pPr>
                        <w:rPr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333333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5055EF" wp14:editId="41E9FB0C">
                <wp:simplePos x="0" y="0"/>
                <wp:positionH relativeFrom="column">
                  <wp:posOffset>4541520</wp:posOffset>
                </wp:positionH>
                <wp:positionV relativeFrom="paragraph">
                  <wp:posOffset>88265</wp:posOffset>
                </wp:positionV>
                <wp:extent cx="1628140" cy="601345"/>
                <wp:effectExtent l="0" t="0" r="0" b="8255"/>
                <wp:wrapNone/>
                <wp:docPr id="9" name="Casella di tes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28140" cy="6013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11B1DB" w14:textId="77777777" w:rsidR="000C543D" w:rsidRDefault="000C543D" w:rsidP="000C543D">
                            <w:pPr>
                              <w:pStyle w:val="NormaleWeb"/>
                              <w:rPr>
                                <w:rFonts w:ascii="Times" w:hAnsi="Times"/>
                              </w:rPr>
                            </w:pPr>
                            <w:proofErr w:type="spellStart"/>
                            <w:r>
                              <w:rPr>
                                <w:rFonts w:ascii="Times" w:hAnsi="Times"/>
                                <w:sz w:val="20"/>
                                <w:szCs w:val="20"/>
                              </w:rPr>
                              <w:t>Ipsasr</w:t>
                            </w:r>
                            <w:proofErr w:type="spellEnd"/>
                            <w:r>
                              <w:rPr>
                                <w:rFonts w:ascii="Times" w:hAnsi="Times"/>
                                <w:sz w:val="20"/>
                                <w:szCs w:val="20"/>
                              </w:rPr>
                              <w:t xml:space="preserve">                                   </w:t>
                            </w:r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t>Via Roma</w:t>
                            </w:r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br/>
                              <w:t>88054, Sersale (CZ)</w:t>
                            </w:r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br/>
                              <w:t xml:space="preserve">C.M. CZRA01102N - CZRA011523 (adulti) Tel. - Fax:  0961-967187  </w:t>
                            </w:r>
                          </w:p>
                          <w:p w14:paraId="75E0E79C" w14:textId="77777777" w:rsidR="000C543D" w:rsidRDefault="000C543D" w:rsidP="000C543D">
                            <w:pPr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5055EF" id="Casella di testo 7" o:spid="_x0000_s1030" type="#_x0000_t202" style="position:absolute;left:0;text-align:left;margin-left:357.6pt;margin-top:6.95pt;width:128.2pt;height:47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" fillcolor="window" stroked="f" strokeweight=".5pt">
                <v:textbox>
                  <w:txbxContent>
                    <w:p w14:paraId="4411B1DB" w14:textId="77777777" w:rsidR="000C543D" w:rsidRDefault="000C543D" w:rsidP="000C543D">
                      <w:pPr>
                        <w:pStyle w:val="NormaleWeb"/>
                        <w:rPr>
                          <w:rFonts w:ascii="Times" w:hAnsi="Times"/>
                        </w:rPr>
                      </w:pPr>
                      <w:proofErr w:type="spellStart"/>
                      <w:r>
                        <w:rPr>
                          <w:rFonts w:ascii="Times" w:hAnsi="Times"/>
                          <w:sz w:val="20"/>
                          <w:szCs w:val="20"/>
                        </w:rPr>
                        <w:t>Ipsasr</w:t>
                      </w:r>
                      <w:proofErr w:type="spellEnd"/>
                      <w:r>
                        <w:rPr>
                          <w:rFonts w:ascii="Times" w:hAnsi="Times"/>
                          <w:sz w:val="20"/>
                          <w:szCs w:val="20"/>
                        </w:rPr>
                        <w:t xml:space="preserve">                                   </w:t>
                      </w:r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t>Via Roma</w:t>
                      </w:r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br/>
                        <w:t>88054, Sersale (CZ)</w:t>
                      </w:r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br/>
                        <w:t xml:space="preserve">C.M. CZRA01102N - CZRA011523 (adulti) Tel. - </w:t>
                      </w:r>
                      <w:proofErr w:type="gramStart"/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t>Fax:  0961</w:t>
                      </w:r>
                      <w:proofErr w:type="gramEnd"/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t xml:space="preserve">-967187  </w:t>
                      </w:r>
                    </w:p>
                    <w:p w14:paraId="75E0E79C" w14:textId="77777777" w:rsidR="000C543D" w:rsidRDefault="000C543D" w:rsidP="000C543D">
                      <w:pPr>
                        <w:rPr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333333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8FD7D76" wp14:editId="29FE844E">
                <wp:simplePos x="0" y="0"/>
                <wp:positionH relativeFrom="column">
                  <wp:posOffset>4541520</wp:posOffset>
                </wp:positionH>
                <wp:positionV relativeFrom="paragraph">
                  <wp:posOffset>882015</wp:posOffset>
                </wp:positionV>
                <wp:extent cx="1628140" cy="641350"/>
                <wp:effectExtent l="0" t="0" r="0" b="6350"/>
                <wp:wrapNone/>
                <wp:docPr id="11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28140" cy="641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583B9A" w14:textId="77777777" w:rsidR="000C543D" w:rsidRDefault="000C543D" w:rsidP="000C543D">
                            <w:pPr>
                              <w:pStyle w:val="NormaleWeb"/>
                              <w:rPr>
                                <w:rFonts w:ascii="Times" w:hAnsi="Times"/>
                              </w:rPr>
                            </w:pPr>
                            <w:proofErr w:type="spellStart"/>
                            <w:r>
                              <w:rPr>
                                <w:rFonts w:ascii="Times" w:hAnsi="Times"/>
                                <w:sz w:val="20"/>
                                <w:szCs w:val="20"/>
                              </w:rPr>
                              <w:t>Ipsceoa</w:t>
                            </w:r>
                            <w:proofErr w:type="spellEnd"/>
                            <w:r>
                              <w:rPr>
                                <w:rFonts w:ascii="Times" w:hAnsi="Times"/>
                                <w:sz w:val="20"/>
                                <w:szCs w:val="20"/>
                              </w:rPr>
                              <w:t xml:space="preserve">                                </w:t>
                            </w:r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t>Via Nazionale</w:t>
                            </w:r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br/>
                              <w:t>88070, Botricello (CZ)</w:t>
                            </w:r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br/>
                              <w:t xml:space="preserve">C.M. CZRC01101G - CZRC011511 (adulti) Tel.: 0961-966661 – Fax: 0961-966007 </w:t>
                            </w:r>
                          </w:p>
                          <w:p w14:paraId="06F357EB" w14:textId="77777777" w:rsidR="000C543D" w:rsidRDefault="000C543D" w:rsidP="000C543D">
                            <w:pPr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FD7D76" id="Casella di testo 6" o:spid="_x0000_s1031" type="#_x0000_t202" style="position:absolute;left:0;text-align:left;margin-left:357.6pt;margin-top:69.45pt;width:128.2pt;height:5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" fillcolor="window" stroked="f" strokeweight=".5pt">
                <v:textbox>
                  <w:txbxContent>
                    <w:p w14:paraId="4F583B9A" w14:textId="77777777" w:rsidR="000C543D" w:rsidRDefault="000C543D" w:rsidP="000C543D">
                      <w:pPr>
                        <w:pStyle w:val="NormaleWeb"/>
                        <w:rPr>
                          <w:rFonts w:ascii="Times" w:hAnsi="Times"/>
                        </w:rPr>
                      </w:pPr>
                      <w:proofErr w:type="spellStart"/>
                      <w:r>
                        <w:rPr>
                          <w:rFonts w:ascii="Times" w:hAnsi="Times"/>
                          <w:sz w:val="20"/>
                          <w:szCs w:val="20"/>
                        </w:rPr>
                        <w:t>Ipsceoa</w:t>
                      </w:r>
                      <w:proofErr w:type="spellEnd"/>
                      <w:r>
                        <w:rPr>
                          <w:rFonts w:ascii="Times" w:hAnsi="Times"/>
                          <w:sz w:val="20"/>
                          <w:szCs w:val="20"/>
                        </w:rPr>
                        <w:t xml:space="preserve">                                </w:t>
                      </w:r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t>Via Nazionale</w:t>
                      </w:r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br/>
                        <w:t>88070, Botricello (CZ)</w:t>
                      </w:r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br/>
                        <w:t xml:space="preserve">C.M. CZRC01101G - CZRC011511 (adulti) Tel.: 0961-966661 – Fax: 0961-966007 </w:t>
                      </w:r>
                    </w:p>
                    <w:p w14:paraId="06F357EB" w14:textId="77777777" w:rsidR="000C543D" w:rsidRDefault="000C543D" w:rsidP="000C543D">
                      <w:pPr>
                        <w:rPr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333333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FC312EF" wp14:editId="5453E9B7">
                <wp:simplePos x="0" y="0"/>
                <wp:positionH relativeFrom="column">
                  <wp:posOffset>2961640</wp:posOffset>
                </wp:positionH>
                <wp:positionV relativeFrom="paragraph">
                  <wp:posOffset>88900</wp:posOffset>
                </wp:positionV>
                <wp:extent cx="1579880" cy="625475"/>
                <wp:effectExtent l="0" t="0" r="1270" b="3175"/>
                <wp:wrapNone/>
                <wp:docPr id="8" name="Casella di tes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9880" cy="625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7EE8CD" w14:textId="77777777" w:rsidR="000C543D" w:rsidRDefault="000C543D" w:rsidP="000C543D">
                            <w:pPr>
                              <w:pStyle w:val="NormaleWeb"/>
                              <w:rPr>
                                <w:rFonts w:ascii="Times" w:hAnsi="Times"/>
                              </w:rPr>
                            </w:pPr>
                            <w:r>
                              <w:rPr>
                                <w:rFonts w:ascii="Times" w:hAnsi="Times"/>
                                <w:sz w:val="20"/>
                                <w:szCs w:val="20"/>
                              </w:rPr>
                              <w:t xml:space="preserve">Liceo Scientifico             </w:t>
                            </w:r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t xml:space="preserve">Via </w:t>
                            </w:r>
                            <w:proofErr w:type="spellStart"/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t>C.Alvaro</w:t>
                            </w:r>
                            <w:proofErr w:type="spellEnd"/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t xml:space="preserve"> 17    88054, Sersale (CZ)</w:t>
                            </w:r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br/>
                              <w:t>C.M. CZPS011013</w:t>
                            </w:r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br/>
                              <w:t xml:space="preserve">Tel.: 0961-936806 – Fax: 0961-931365  </w:t>
                            </w:r>
                          </w:p>
                          <w:p w14:paraId="28B5B659" w14:textId="77777777" w:rsidR="000C543D" w:rsidRDefault="000C543D" w:rsidP="000C543D">
                            <w:pPr>
                              <w:pStyle w:val="NormaleWeb"/>
                            </w:pPr>
                          </w:p>
                          <w:p w14:paraId="5E213ECF" w14:textId="77777777" w:rsidR="000C543D" w:rsidRDefault="000C543D" w:rsidP="000C543D">
                            <w:pPr>
                              <w:pStyle w:val="NormaleWeb"/>
                            </w:pPr>
                          </w:p>
                          <w:p w14:paraId="3C737A2B" w14:textId="77777777" w:rsidR="000C543D" w:rsidRDefault="000C543D" w:rsidP="000C543D">
                            <w:pPr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C312EF" id="Casella di testo 5" o:spid="_x0000_s1032" type="#_x0000_t202" style="position:absolute;left:0;text-align:left;margin-left:233.2pt;margin-top:7pt;width:124.4pt;height:49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" fillcolor="window" stroked="f" strokeweight=".5pt">
                <v:textbox>
                  <w:txbxContent>
                    <w:p w14:paraId="1D7EE8CD" w14:textId="77777777" w:rsidR="000C543D" w:rsidRDefault="000C543D" w:rsidP="000C543D">
                      <w:pPr>
                        <w:pStyle w:val="NormaleWeb"/>
                        <w:rPr>
                          <w:rFonts w:ascii="Times" w:hAnsi="Times"/>
                        </w:rPr>
                      </w:pPr>
                      <w:r>
                        <w:rPr>
                          <w:rFonts w:ascii="Times" w:hAnsi="Times"/>
                          <w:sz w:val="20"/>
                          <w:szCs w:val="20"/>
                        </w:rPr>
                        <w:t xml:space="preserve">Liceo Scientifico             </w:t>
                      </w:r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t xml:space="preserve">Via </w:t>
                      </w:r>
                      <w:proofErr w:type="spellStart"/>
                      <w:proofErr w:type="gramStart"/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t>C.Alvaro</w:t>
                      </w:r>
                      <w:proofErr w:type="spellEnd"/>
                      <w:proofErr w:type="gramEnd"/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t xml:space="preserve"> 17    88054, Sersale (CZ)</w:t>
                      </w:r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br/>
                        <w:t>C.M. CZPS011013</w:t>
                      </w:r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br/>
                        <w:t xml:space="preserve">Tel.: 0961-936806 – Fax: 0961-931365  </w:t>
                      </w:r>
                    </w:p>
                    <w:p w14:paraId="28B5B659" w14:textId="77777777" w:rsidR="000C543D" w:rsidRDefault="000C543D" w:rsidP="000C543D">
                      <w:pPr>
                        <w:pStyle w:val="NormaleWeb"/>
                      </w:pPr>
                    </w:p>
                    <w:p w14:paraId="5E213ECF" w14:textId="77777777" w:rsidR="000C543D" w:rsidRDefault="000C543D" w:rsidP="000C543D">
                      <w:pPr>
                        <w:pStyle w:val="NormaleWeb"/>
                      </w:pPr>
                    </w:p>
                    <w:p w14:paraId="3C737A2B" w14:textId="77777777" w:rsidR="000C543D" w:rsidRDefault="000C543D" w:rsidP="000C543D">
                      <w:pPr>
                        <w:rPr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theme="minorHAnsi"/>
          <w:noProof/>
          <w:color w:val="000000"/>
          <w:sz w:val="28"/>
          <w:szCs w:val="28"/>
        </w:rPr>
        <w:drawing>
          <wp:inline distT="0" distB="0" distL="0" distR="0" wp14:anchorId="0426BAB9" wp14:editId="2369F2B2">
            <wp:extent cx="1280160" cy="1470660"/>
            <wp:effectExtent l="0" t="0" r="0" b="0"/>
            <wp:docPr id="176017620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147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4D7ED9" w14:textId="67012FBA" w:rsidR="009F0989" w:rsidRPr="00BB0978" w:rsidRDefault="00000000">
      <w:pPr>
        <w:spacing w:after="40"/>
        <w:jc w:val="center"/>
        <w:rPr>
          <w:lang w:val="it-IT"/>
        </w:rPr>
      </w:pPr>
      <w:r w:rsidRPr="00BB0978">
        <w:rPr>
          <w:i/>
          <w:color w:val="595959"/>
          <w:sz w:val="17"/>
          <w:lang w:val="it-IT"/>
        </w:rPr>
        <w:br/>
      </w:r>
    </w:p>
    <w:p w14:paraId="0108280C" w14:textId="77777777" w:rsidR="009F0989" w:rsidRPr="00BB0978" w:rsidRDefault="009F0989">
      <w:pPr>
        <w:spacing w:after="80"/>
        <w:rPr>
          <w:lang w:val="it-IT"/>
        </w:rPr>
      </w:pPr>
    </w:p>
    <w:p w14:paraId="30F50656" w14:textId="0E3395AD" w:rsidR="009F0989" w:rsidRPr="00BB0978" w:rsidRDefault="00000000">
      <w:pPr>
        <w:spacing w:before="120" w:after="240"/>
        <w:jc w:val="center"/>
        <w:rPr>
          <w:lang w:val="it-IT"/>
        </w:rPr>
      </w:pPr>
      <w:r w:rsidRPr="00BB0978">
        <w:rPr>
          <w:b/>
          <w:color w:val="1F4E78"/>
          <w:sz w:val="26"/>
          <w:lang w:val="it-IT"/>
        </w:rPr>
        <w:t>PIANO DI LAVORO DISCIPLINARE DELLE ATTIVITÀ EDUCATIVO-DIDATTICHE</w:t>
      </w:r>
      <w:r w:rsidRPr="00BB0978">
        <w:rPr>
          <w:b/>
          <w:color w:val="1F4E78"/>
          <w:sz w:val="26"/>
          <w:lang w:val="it-IT"/>
        </w:rPr>
        <w:br/>
      </w:r>
      <w:r w:rsidRPr="00BB0978">
        <w:rPr>
          <w:b/>
          <w:lang w:val="it-IT"/>
        </w:rPr>
        <w:t xml:space="preserve">ISTRUZIONE PROFESSIONALE </w:t>
      </w:r>
      <w:r w:rsidR="000C543D">
        <w:rPr>
          <w:b/>
          <w:lang w:val="it-IT"/>
        </w:rPr>
        <w:t>E</w:t>
      </w:r>
      <w:r w:rsidRPr="00BB0978">
        <w:rPr>
          <w:b/>
          <w:lang w:val="it-IT"/>
        </w:rPr>
        <w:t xml:space="preserve"> FILIERA TECNOLOGICO-PROFESSIONALE 4+2 — A.S. 2026/2027</w:t>
      </w:r>
      <w:r w:rsidRPr="00BB0978">
        <w:rPr>
          <w:b/>
          <w:lang w:val="it-IT"/>
        </w:rPr>
        <w:br/>
      </w:r>
      <w:r w:rsidRPr="00BB0978">
        <w:rPr>
          <w:i/>
          <w:sz w:val="20"/>
          <w:lang w:val="it-IT"/>
        </w:rPr>
        <w:t>Format per Unità Didattiche di Apprendimento (</w:t>
      </w:r>
      <w:proofErr w:type="spellStart"/>
      <w:r w:rsidRPr="00BB0978">
        <w:rPr>
          <w:i/>
          <w:sz w:val="20"/>
          <w:lang w:val="it-IT"/>
        </w:rPr>
        <w:t>D.Lgs.</w:t>
      </w:r>
      <w:proofErr w:type="spellEnd"/>
      <w:r w:rsidRPr="00BB0978">
        <w:rPr>
          <w:i/>
          <w:sz w:val="20"/>
          <w:lang w:val="it-IT"/>
        </w:rPr>
        <w:t xml:space="preserve"> 61/2017 &amp; D.M. 183/2024)</w:t>
      </w:r>
    </w:p>
    <w:p w14:paraId="4300F100" w14:textId="77777777" w:rsidR="009F0989" w:rsidRPr="00BB0978" w:rsidRDefault="00000000">
      <w:pPr>
        <w:pStyle w:val="Titolo1"/>
        <w:spacing w:before="280" w:after="120"/>
        <w:rPr>
          <w:lang w:val="it-IT"/>
        </w:rPr>
      </w:pPr>
      <w:r w:rsidRPr="00BB0978">
        <w:rPr>
          <w:color w:val="1F4E78"/>
          <w:lang w:val="it-IT"/>
        </w:rPr>
        <w:t>1. Dati Generali e Inquadramento del Corso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12"/>
        <w:gridCol w:w="6480"/>
      </w:tblGrid>
      <w:tr w:rsidR="009F0989" w14:paraId="3EEFE92E" w14:textId="77777777">
        <w:trPr>
          <w:jc w:val="center"/>
        </w:trPr>
        <w:tc>
          <w:tcPr>
            <w:tcW w:w="3312" w:type="dxa"/>
            <w:shd w:val="clear" w:color="auto" w:fill="F2F2F2"/>
          </w:tcPr>
          <w:p w14:paraId="162A7797" w14:textId="77777777" w:rsidR="009F0989" w:rsidRDefault="00000000">
            <w:pPr>
              <w:spacing w:before="60" w:after="60"/>
            </w:pPr>
            <w:r>
              <w:rPr>
                <w:b/>
                <w:sz w:val="19"/>
              </w:rPr>
              <w:t>DOCENTE / I</w:t>
            </w:r>
          </w:p>
        </w:tc>
        <w:tc>
          <w:tcPr>
            <w:tcW w:w="6480" w:type="dxa"/>
          </w:tcPr>
          <w:p w14:paraId="763A8AE8" w14:textId="77777777" w:rsidR="009F0989" w:rsidRDefault="00000000">
            <w:pPr>
              <w:spacing w:before="60" w:after="60"/>
            </w:pPr>
            <w:r>
              <w:rPr>
                <w:sz w:val="19"/>
              </w:rPr>
              <w:t>____________________________________________________________</w:t>
            </w:r>
          </w:p>
        </w:tc>
      </w:tr>
      <w:tr w:rsidR="009F0989" w14:paraId="2A234D37" w14:textId="77777777">
        <w:trPr>
          <w:jc w:val="center"/>
        </w:trPr>
        <w:tc>
          <w:tcPr>
            <w:tcW w:w="3312" w:type="dxa"/>
            <w:shd w:val="clear" w:color="auto" w:fill="F2F2F2"/>
          </w:tcPr>
          <w:p w14:paraId="14D17024" w14:textId="77777777" w:rsidR="009F0989" w:rsidRDefault="00000000">
            <w:pPr>
              <w:spacing w:before="60" w:after="60"/>
            </w:pPr>
            <w:r>
              <w:rPr>
                <w:b/>
                <w:sz w:val="19"/>
              </w:rPr>
              <w:t>DISCIPLINA</w:t>
            </w:r>
          </w:p>
        </w:tc>
        <w:tc>
          <w:tcPr>
            <w:tcW w:w="6480" w:type="dxa"/>
          </w:tcPr>
          <w:p w14:paraId="41C7D42B" w14:textId="77777777" w:rsidR="009F0989" w:rsidRDefault="00000000">
            <w:pPr>
              <w:spacing w:before="60" w:after="60"/>
            </w:pPr>
            <w:r>
              <w:rPr>
                <w:sz w:val="19"/>
              </w:rPr>
              <w:t>____________________________________________________________</w:t>
            </w:r>
          </w:p>
        </w:tc>
      </w:tr>
      <w:tr w:rsidR="009F0989" w14:paraId="624292D2" w14:textId="77777777">
        <w:trPr>
          <w:jc w:val="center"/>
        </w:trPr>
        <w:tc>
          <w:tcPr>
            <w:tcW w:w="3312" w:type="dxa"/>
            <w:shd w:val="clear" w:color="auto" w:fill="F2F2F2"/>
          </w:tcPr>
          <w:p w14:paraId="2755F76C" w14:textId="77777777" w:rsidR="009F0989" w:rsidRDefault="00000000">
            <w:pPr>
              <w:spacing w:before="60" w:after="60"/>
            </w:pPr>
            <w:r>
              <w:rPr>
                <w:b/>
                <w:sz w:val="19"/>
              </w:rPr>
              <w:t>CLASSE E SEZIONE</w:t>
            </w:r>
          </w:p>
        </w:tc>
        <w:tc>
          <w:tcPr>
            <w:tcW w:w="6480" w:type="dxa"/>
          </w:tcPr>
          <w:p w14:paraId="2801A5CE" w14:textId="77777777" w:rsidR="009F0989" w:rsidRDefault="00000000">
            <w:pPr>
              <w:spacing w:before="60" w:after="60"/>
            </w:pPr>
            <w:r>
              <w:rPr>
                <w:sz w:val="19"/>
              </w:rPr>
              <w:t>Classe: ________   Sez.: ________   N. Alunni: ________</w:t>
            </w:r>
          </w:p>
        </w:tc>
      </w:tr>
      <w:tr w:rsidR="009F0989" w:rsidRPr="00B77C1F" w14:paraId="5DB52622" w14:textId="77777777">
        <w:trPr>
          <w:jc w:val="center"/>
        </w:trPr>
        <w:tc>
          <w:tcPr>
            <w:tcW w:w="3312" w:type="dxa"/>
            <w:shd w:val="clear" w:color="auto" w:fill="F2F2F2"/>
          </w:tcPr>
          <w:p w14:paraId="2F076AF7" w14:textId="77777777" w:rsidR="009F0989" w:rsidRPr="00BB0978" w:rsidRDefault="00000000">
            <w:pPr>
              <w:spacing w:before="60" w:after="60"/>
              <w:rPr>
                <w:lang w:val="it-IT"/>
              </w:rPr>
            </w:pPr>
            <w:r w:rsidRPr="00BB0978">
              <w:rPr>
                <w:b/>
                <w:sz w:val="19"/>
                <w:lang w:val="it-IT"/>
              </w:rPr>
              <w:t>INDIRIZZO DI STUDIO</w:t>
            </w:r>
            <w:r w:rsidRPr="00BB0978">
              <w:rPr>
                <w:b/>
                <w:sz w:val="19"/>
                <w:lang w:val="it-IT"/>
              </w:rPr>
              <w:br/>
              <w:t>(Selezionare con spunta [X])</w:t>
            </w:r>
          </w:p>
        </w:tc>
        <w:tc>
          <w:tcPr>
            <w:tcW w:w="6480" w:type="dxa"/>
          </w:tcPr>
          <w:p w14:paraId="4A9F560E" w14:textId="790AC6A2" w:rsidR="009F0989" w:rsidRPr="00BB0978" w:rsidRDefault="00000000">
            <w:pPr>
              <w:spacing w:before="60" w:after="60"/>
              <w:rPr>
                <w:lang w:val="it-IT"/>
              </w:rPr>
            </w:pPr>
            <w:proofErr w:type="gramStart"/>
            <w:r w:rsidRPr="00BB0978">
              <w:rPr>
                <w:sz w:val="19"/>
                <w:lang w:val="it-IT"/>
              </w:rPr>
              <w:t>[  ]</w:t>
            </w:r>
            <w:proofErr w:type="gramEnd"/>
            <w:r w:rsidRPr="00BB0978">
              <w:rPr>
                <w:sz w:val="19"/>
                <w:lang w:val="it-IT"/>
              </w:rPr>
              <w:t xml:space="preserve">  Enogastronomia e Ospitalità Alberghiera (5 Anni)</w:t>
            </w:r>
            <w:r w:rsidRPr="00BB0978">
              <w:rPr>
                <w:sz w:val="19"/>
                <w:lang w:val="it-IT"/>
              </w:rPr>
              <w:br/>
              <w:t>[  ] Agricoltura, Sviluppo Rurale e Gestione Territorio (5 Anni)</w:t>
            </w:r>
            <w:r w:rsidRPr="00BB0978">
              <w:rPr>
                <w:sz w:val="19"/>
                <w:lang w:val="it-IT"/>
              </w:rPr>
              <w:br/>
              <w:t xml:space="preserve">[  </w:t>
            </w:r>
            <w:proofErr w:type="gramStart"/>
            <w:r w:rsidRPr="00BB0978">
              <w:rPr>
                <w:sz w:val="19"/>
                <w:lang w:val="it-IT"/>
              </w:rPr>
              <w:t>]  Servizi</w:t>
            </w:r>
            <w:proofErr w:type="gramEnd"/>
            <w:r w:rsidRPr="00BB0978">
              <w:rPr>
                <w:sz w:val="19"/>
                <w:lang w:val="it-IT"/>
              </w:rPr>
              <w:t xml:space="preserve"> Commerciali </w:t>
            </w:r>
            <w:proofErr w:type="gramStart"/>
            <w:r w:rsidRPr="00BB0978">
              <w:rPr>
                <w:sz w:val="19"/>
                <w:lang w:val="it-IT"/>
              </w:rPr>
              <w:t>e(</w:t>
            </w:r>
            <w:proofErr w:type="gramEnd"/>
            <w:r w:rsidRPr="00BB0978">
              <w:rPr>
                <w:sz w:val="19"/>
                <w:lang w:val="it-IT"/>
              </w:rPr>
              <w:t>5 Anni)</w:t>
            </w:r>
            <w:r w:rsidRPr="00BB0978">
              <w:rPr>
                <w:sz w:val="19"/>
                <w:lang w:val="it-IT"/>
              </w:rPr>
              <w:br/>
              <w:t>[  ] QUADRIENNALE FILIERA 4+2: (Enogastronomia)</w:t>
            </w:r>
            <w:r w:rsidRPr="00BB0978">
              <w:rPr>
                <w:sz w:val="19"/>
                <w:lang w:val="it-IT"/>
              </w:rPr>
              <w:br/>
              <w:t xml:space="preserve">[  ] QUADRIENNALE FILIERA 4+2: Servizi Commerciali </w:t>
            </w:r>
          </w:p>
        </w:tc>
      </w:tr>
      <w:tr w:rsidR="009F0989" w:rsidRPr="00B77C1F" w14:paraId="4D5A3B08" w14:textId="77777777">
        <w:trPr>
          <w:jc w:val="center"/>
        </w:trPr>
        <w:tc>
          <w:tcPr>
            <w:tcW w:w="3312" w:type="dxa"/>
            <w:shd w:val="clear" w:color="auto" w:fill="F2F2F2"/>
          </w:tcPr>
          <w:p w14:paraId="0984D865" w14:textId="77777777" w:rsidR="009F0989" w:rsidRDefault="00000000">
            <w:pPr>
              <w:spacing w:before="60" w:after="60"/>
            </w:pPr>
            <w:r>
              <w:rPr>
                <w:b/>
                <w:sz w:val="19"/>
              </w:rPr>
              <w:t>ARTICOLAZIONE PERCORSO</w:t>
            </w:r>
          </w:p>
        </w:tc>
        <w:tc>
          <w:tcPr>
            <w:tcW w:w="6480" w:type="dxa"/>
          </w:tcPr>
          <w:p w14:paraId="486E5FB3" w14:textId="77777777" w:rsidR="009F0989" w:rsidRPr="00BB0978" w:rsidRDefault="00000000">
            <w:pPr>
              <w:spacing w:before="60" w:after="60"/>
              <w:rPr>
                <w:lang w:val="it-IT"/>
              </w:rPr>
            </w:pPr>
            <w:proofErr w:type="gramStart"/>
            <w:r w:rsidRPr="00BB0978">
              <w:rPr>
                <w:sz w:val="19"/>
                <w:lang w:val="it-IT"/>
              </w:rPr>
              <w:t>[  ]</w:t>
            </w:r>
            <w:proofErr w:type="gramEnd"/>
            <w:r w:rsidRPr="00BB0978">
              <w:rPr>
                <w:sz w:val="19"/>
                <w:lang w:val="it-IT"/>
              </w:rPr>
              <w:t xml:space="preserve"> Primo Biennio (Classe 1^ / 2^)</w:t>
            </w:r>
            <w:r w:rsidRPr="00BB0978">
              <w:rPr>
                <w:sz w:val="19"/>
                <w:lang w:val="it-IT"/>
              </w:rPr>
              <w:br/>
              <w:t>[  ] Secondo Biennio e 5° Anno (Classe 3^ / 4^ / 5^)</w:t>
            </w:r>
            <w:r w:rsidRPr="00BB0978">
              <w:rPr>
                <w:sz w:val="19"/>
                <w:lang w:val="it-IT"/>
              </w:rPr>
              <w:br/>
              <w:t>[  ] Percorso Quadriennale Filiera 4+2 (Classe 1^ / 2^ / 3^ / 4^)</w:t>
            </w:r>
          </w:p>
        </w:tc>
      </w:tr>
      <w:tr w:rsidR="009F0989" w:rsidRPr="00B77C1F" w14:paraId="15BA4927" w14:textId="77777777">
        <w:trPr>
          <w:jc w:val="center"/>
        </w:trPr>
        <w:tc>
          <w:tcPr>
            <w:tcW w:w="3312" w:type="dxa"/>
            <w:shd w:val="clear" w:color="auto" w:fill="F2F2F2"/>
          </w:tcPr>
          <w:p w14:paraId="1997760E" w14:textId="77777777" w:rsidR="009F0989" w:rsidRDefault="00000000">
            <w:pPr>
              <w:spacing w:before="60" w:after="60"/>
            </w:pPr>
            <w:r>
              <w:rPr>
                <w:b/>
                <w:sz w:val="19"/>
              </w:rPr>
              <w:t>CODOCENZA / LABORATORIO</w:t>
            </w:r>
          </w:p>
        </w:tc>
        <w:tc>
          <w:tcPr>
            <w:tcW w:w="6480" w:type="dxa"/>
          </w:tcPr>
          <w:p w14:paraId="6298A9E3" w14:textId="4C47F11E" w:rsidR="009F0989" w:rsidRPr="00BB0978" w:rsidRDefault="00000000">
            <w:pPr>
              <w:spacing w:before="60" w:after="60"/>
              <w:rPr>
                <w:lang w:val="it-IT"/>
              </w:rPr>
            </w:pPr>
            <w:proofErr w:type="gramStart"/>
            <w:r w:rsidRPr="00BB0978">
              <w:rPr>
                <w:sz w:val="19"/>
                <w:lang w:val="it-IT"/>
              </w:rPr>
              <w:t>[  ]</w:t>
            </w:r>
            <w:proofErr w:type="gramEnd"/>
            <w:r w:rsidRPr="00BB0978">
              <w:rPr>
                <w:sz w:val="19"/>
                <w:lang w:val="it-IT"/>
              </w:rPr>
              <w:t xml:space="preserve"> Presente con Classe di Concorso: ______________ (Ore </w:t>
            </w:r>
            <w:proofErr w:type="spellStart"/>
            <w:r w:rsidRPr="00BB0978">
              <w:rPr>
                <w:sz w:val="19"/>
                <w:lang w:val="it-IT"/>
              </w:rPr>
              <w:t>sett</w:t>
            </w:r>
            <w:proofErr w:type="spellEnd"/>
            <w:r w:rsidRPr="00BB0978">
              <w:rPr>
                <w:sz w:val="19"/>
                <w:lang w:val="it-IT"/>
              </w:rPr>
              <w:t>: ___)</w:t>
            </w:r>
            <w:r w:rsidRPr="00BB0978">
              <w:rPr>
                <w:sz w:val="19"/>
                <w:lang w:val="it-IT"/>
              </w:rPr>
              <w:br/>
              <w:t>[  ] Non Presente</w:t>
            </w:r>
          </w:p>
        </w:tc>
      </w:tr>
    </w:tbl>
    <w:p w14:paraId="26950EEC" w14:textId="77777777" w:rsidR="009F0989" w:rsidRPr="00BB0978" w:rsidRDefault="009F0989">
      <w:pPr>
        <w:spacing w:after="80"/>
        <w:rPr>
          <w:lang w:val="it-IT"/>
        </w:rPr>
      </w:pPr>
    </w:p>
    <w:p w14:paraId="3F6A3E97" w14:textId="77777777" w:rsidR="009F0989" w:rsidRPr="00BB0978" w:rsidRDefault="00000000">
      <w:pPr>
        <w:pStyle w:val="Titolo1"/>
        <w:spacing w:before="280" w:after="120"/>
        <w:rPr>
          <w:lang w:val="it-IT"/>
        </w:rPr>
      </w:pPr>
      <w:r w:rsidRPr="00BB0978">
        <w:rPr>
          <w:color w:val="1F4E78"/>
          <w:lang w:val="it-IT"/>
        </w:rPr>
        <w:t>2. Profilo della Classe e Rilevazione Livelli Iniziali</w:t>
      </w:r>
    </w:p>
    <w:p w14:paraId="69EFEBF0" w14:textId="77777777" w:rsidR="009F0989" w:rsidRPr="00BB0978" w:rsidRDefault="00000000">
      <w:pPr>
        <w:spacing w:after="80"/>
        <w:rPr>
          <w:lang w:val="it-IT"/>
        </w:rPr>
      </w:pPr>
      <w:r w:rsidRPr="00BB0978">
        <w:rPr>
          <w:sz w:val="19"/>
          <w:lang w:val="it-IT"/>
        </w:rPr>
        <w:t>Ripartizione della classe in fasce di livello sulla base dei test d'ingresso, delle osservazioni sistematiche, delle prove pratiche e delle verifiche iniziali: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1872"/>
        <w:gridCol w:w="5328"/>
      </w:tblGrid>
      <w:tr w:rsidR="009F0989" w14:paraId="20C374CF" w14:textId="77777777">
        <w:trPr>
          <w:jc w:val="center"/>
        </w:trPr>
        <w:tc>
          <w:tcPr>
            <w:tcW w:w="2592" w:type="dxa"/>
            <w:shd w:val="clear" w:color="auto" w:fill="1F4E78"/>
          </w:tcPr>
          <w:p w14:paraId="343B4229" w14:textId="77777777" w:rsidR="009F0989" w:rsidRDefault="00000000">
            <w:pPr>
              <w:spacing w:before="80" w:after="80"/>
              <w:jc w:val="center"/>
            </w:pPr>
            <w:r>
              <w:rPr>
                <w:b/>
                <w:color w:val="FFFFFF"/>
                <w:sz w:val="20"/>
              </w:rPr>
              <w:t>FASCIA DI LIVELLO</w:t>
            </w:r>
          </w:p>
        </w:tc>
        <w:tc>
          <w:tcPr>
            <w:tcW w:w="1872" w:type="dxa"/>
            <w:shd w:val="clear" w:color="auto" w:fill="1F4E78"/>
          </w:tcPr>
          <w:p w14:paraId="6065EEEB" w14:textId="77777777" w:rsidR="009F0989" w:rsidRDefault="00000000">
            <w:pPr>
              <w:spacing w:before="80" w:after="80"/>
              <w:jc w:val="center"/>
            </w:pPr>
            <w:r>
              <w:rPr>
                <w:b/>
                <w:color w:val="FFFFFF"/>
                <w:sz w:val="20"/>
              </w:rPr>
              <w:t>N. ALUNNI / %</w:t>
            </w:r>
          </w:p>
        </w:tc>
        <w:tc>
          <w:tcPr>
            <w:tcW w:w="5328" w:type="dxa"/>
            <w:shd w:val="clear" w:color="auto" w:fill="1F4E78"/>
          </w:tcPr>
          <w:p w14:paraId="418B86E9" w14:textId="77777777" w:rsidR="009F0989" w:rsidRDefault="00000000">
            <w:pPr>
              <w:spacing w:before="80" w:after="80"/>
              <w:jc w:val="center"/>
            </w:pPr>
            <w:r>
              <w:rPr>
                <w:b/>
                <w:color w:val="FFFFFF"/>
                <w:sz w:val="20"/>
              </w:rPr>
              <w:t>CARATTERISTICHE COGNITIVE &amp; COMPORTAMENTALI</w:t>
            </w:r>
          </w:p>
        </w:tc>
      </w:tr>
      <w:tr w:rsidR="009F0989" w:rsidRPr="00B77C1F" w14:paraId="7DEEBE5E" w14:textId="77777777">
        <w:trPr>
          <w:jc w:val="center"/>
        </w:trPr>
        <w:tc>
          <w:tcPr>
            <w:tcW w:w="2592" w:type="dxa"/>
          </w:tcPr>
          <w:p w14:paraId="0564ECB7" w14:textId="77777777" w:rsidR="009F0989" w:rsidRDefault="00000000">
            <w:r>
              <w:rPr>
                <w:b/>
                <w:sz w:val="18"/>
              </w:rPr>
              <w:lastRenderedPageBreak/>
              <w:t>Fascia Avanzata (8-10)</w:t>
            </w:r>
          </w:p>
        </w:tc>
        <w:tc>
          <w:tcPr>
            <w:tcW w:w="1872" w:type="dxa"/>
          </w:tcPr>
          <w:p w14:paraId="0BD9CED9" w14:textId="77777777" w:rsidR="009F0989" w:rsidRDefault="00000000">
            <w:pPr>
              <w:jc w:val="center"/>
            </w:pPr>
            <w:r>
              <w:rPr>
                <w:sz w:val="18"/>
              </w:rPr>
              <w:t>___ (___%)</w:t>
            </w:r>
          </w:p>
        </w:tc>
        <w:tc>
          <w:tcPr>
            <w:tcW w:w="5328" w:type="dxa"/>
          </w:tcPr>
          <w:p w14:paraId="3DE10E4F" w14:textId="77777777" w:rsidR="009F0989" w:rsidRPr="00BB0978" w:rsidRDefault="00000000">
            <w:pPr>
              <w:rPr>
                <w:lang w:val="it-IT"/>
              </w:rPr>
            </w:pPr>
            <w:r w:rsidRPr="00BB0978">
              <w:rPr>
                <w:sz w:val="18"/>
                <w:lang w:val="it-IT"/>
              </w:rPr>
              <w:t>Autonomi, motivati, ottima padronanza dei linguaggi tecnici e capacità applicative/</w:t>
            </w:r>
            <w:proofErr w:type="spellStart"/>
            <w:r w:rsidRPr="00BB0978">
              <w:rPr>
                <w:sz w:val="18"/>
                <w:lang w:val="it-IT"/>
              </w:rPr>
              <w:t>rielaborative</w:t>
            </w:r>
            <w:proofErr w:type="spellEnd"/>
            <w:r w:rsidRPr="00BB0978">
              <w:rPr>
                <w:sz w:val="18"/>
                <w:lang w:val="it-IT"/>
              </w:rPr>
              <w:t xml:space="preserve"> nei laboratori.</w:t>
            </w:r>
          </w:p>
        </w:tc>
      </w:tr>
      <w:tr w:rsidR="009F0989" w:rsidRPr="00B77C1F" w14:paraId="2430A209" w14:textId="77777777">
        <w:trPr>
          <w:jc w:val="center"/>
        </w:trPr>
        <w:tc>
          <w:tcPr>
            <w:tcW w:w="2592" w:type="dxa"/>
          </w:tcPr>
          <w:p w14:paraId="4B0A1BE7" w14:textId="77777777" w:rsidR="009F0989" w:rsidRDefault="00000000">
            <w:r>
              <w:rPr>
                <w:b/>
                <w:sz w:val="18"/>
              </w:rPr>
              <w:t>Fascia Intermedia (6.5-7.5)</w:t>
            </w:r>
          </w:p>
        </w:tc>
        <w:tc>
          <w:tcPr>
            <w:tcW w:w="1872" w:type="dxa"/>
          </w:tcPr>
          <w:p w14:paraId="5DDD3B37" w14:textId="77777777" w:rsidR="009F0989" w:rsidRDefault="00000000">
            <w:pPr>
              <w:jc w:val="center"/>
            </w:pPr>
            <w:r>
              <w:rPr>
                <w:sz w:val="18"/>
              </w:rPr>
              <w:t>___ (___%)</w:t>
            </w:r>
          </w:p>
        </w:tc>
        <w:tc>
          <w:tcPr>
            <w:tcW w:w="5328" w:type="dxa"/>
          </w:tcPr>
          <w:p w14:paraId="0B35A611" w14:textId="77777777" w:rsidR="009F0989" w:rsidRPr="00BB0978" w:rsidRDefault="00000000">
            <w:pPr>
              <w:rPr>
                <w:lang w:val="it-IT"/>
              </w:rPr>
            </w:pPr>
            <w:r w:rsidRPr="00BB0978">
              <w:rPr>
                <w:sz w:val="18"/>
                <w:lang w:val="it-IT"/>
              </w:rPr>
              <w:t>Esecuzione corretta delle procedure, partecipazione attiva, metodo di studio e autonomia operativa in corso di consolidamento.</w:t>
            </w:r>
          </w:p>
        </w:tc>
      </w:tr>
      <w:tr w:rsidR="009F0989" w:rsidRPr="00B77C1F" w14:paraId="703DD946" w14:textId="77777777">
        <w:trPr>
          <w:jc w:val="center"/>
        </w:trPr>
        <w:tc>
          <w:tcPr>
            <w:tcW w:w="2592" w:type="dxa"/>
          </w:tcPr>
          <w:p w14:paraId="78C4EE29" w14:textId="77777777" w:rsidR="009F0989" w:rsidRDefault="00000000">
            <w:r>
              <w:rPr>
                <w:b/>
                <w:sz w:val="18"/>
              </w:rPr>
              <w:t>Fascia Base (6.0)</w:t>
            </w:r>
          </w:p>
        </w:tc>
        <w:tc>
          <w:tcPr>
            <w:tcW w:w="1872" w:type="dxa"/>
          </w:tcPr>
          <w:p w14:paraId="35F19242" w14:textId="77777777" w:rsidR="009F0989" w:rsidRDefault="00000000">
            <w:pPr>
              <w:jc w:val="center"/>
            </w:pPr>
            <w:r>
              <w:rPr>
                <w:sz w:val="18"/>
              </w:rPr>
              <w:t>___ (___%)</w:t>
            </w:r>
          </w:p>
        </w:tc>
        <w:tc>
          <w:tcPr>
            <w:tcW w:w="5328" w:type="dxa"/>
          </w:tcPr>
          <w:p w14:paraId="0F84AF18" w14:textId="77777777" w:rsidR="009F0989" w:rsidRPr="00BB0978" w:rsidRDefault="00000000">
            <w:pPr>
              <w:rPr>
                <w:lang w:val="it-IT"/>
              </w:rPr>
            </w:pPr>
            <w:r w:rsidRPr="00BB0978">
              <w:rPr>
                <w:sz w:val="18"/>
                <w:lang w:val="it-IT"/>
              </w:rPr>
              <w:t>Conoscenze ed abilità essenziali, esecuzione guidata dei compiti operativi, linguaggio tecnico essenziale.</w:t>
            </w:r>
          </w:p>
        </w:tc>
      </w:tr>
      <w:tr w:rsidR="009F0989" w:rsidRPr="00B77C1F" w14:paraId="39889842" w14:textId="77777777">
        <w:trPr>
          <w:jc w:val="center"/>
        </w:trPr>
        <w:tc>
          <w:tcPr>
            <w:tcW w:w="2592" w:type="dxa"/>
          </w:tcPr>
          <w:p w14:paraId="0FC53D0E" w14:textId="77777777" w:rsidR="009F0989" w:rsidRDefault="00000000">
            <w:r>
              <w:rPr>
                <w:b/>
                <w:sz w:val="18"/>
              </w:rPr>
              <w:t xml:space="preserve">Fascia </w:t>
            </w:r>
            <w:proofErr w:type="spellStart"/>
            <w:r>
              <w:rPr>
                <w:b/>
                <w:sz w:val="18"/>
              </w:rPr>
              <w:t>Iniziale</w:t>
            </w:r>
            <w:proofErr w:type="spellEnd"/>
            <w:r>
              <w:rPr>
                <w:b/>
                <w:sz w:val="18"/>
              </w:rPr>
              <w:t xml:space="preserve"> / Debole (&lt;6.0)</w:t>
            </w:r>
          </w:p>
        </w:tc>
        <w:tc>
          <w:tcPr>
            <w:tcW w:w="1872" w:type="dxa"/>
          </w:tcPr>
          <w:p w14:paraId="1CC407D9" w14:textId="77777777" w:rsidR="009F0989" w:rsidRDefault="00000000">
            <w:pPr>
              <w:jc w:val="center"/>
            </w:pPr>
            <w:r>
              <w:rPr>
                <w:sz w:val="18"/>
              </w:rPr>
              <w:t>___ (___%)</w:t>
            </w:r>
          </w:p>
        </w:tc>
        <w:tc>
          <w:tcPr>
            <w:tcW w:w="5328" w:type="dxa"/>
          </w:tcPr>
          <w:p w14:paraId="276DC76E" w14:textId="77777777" w:rsidR="009F0989" w:rsidRPr="00BB0978" w:rsidRDefault="00000000">
            <w:pPr>
              <w:rPr>
                <w:lang w:val="it-IT"/>
              </w:rPr>
            </w:pPr>
            <w:r w:rsidRPr="00BB0978">
              <w:rPr>
                <w:sz w:val="18"/>
                <w:lang w:val="it-IT"/>
              </w:rPr>
              <w:t>Lacune pregresse nei prerequisiti, incertezze operative, scarsa autonomia, interventi di recupero nel PFI.</w:t>
            </w:r>
          </w:p>
        </w:tc>
      </w:tr>
    </w:tbl>
    <w:p w14:paraId="4845F8E3" w14:textId="77777777" w:rsidR="009F0989" w:rsidRPr="00BB0978" w:rsidRDefault="009F0989">
      <w:pPr>
        <w:spacing w:after="80"/>
        <w:rPr>
          <w:lang w:val="it-IT"/>
        </w:rPr>
      </w:pPr>
    </w:p>
    <w:p w14:paraId="3F69FF4C" w14:textId="77777777" w:rsidR="009F0989" w:rsidRPr="00BB0978" w:rsidRDefault="00000000">
      <w:pPr>
        <w:pStyle w:val="Titolo2"/>
        <w:spacing w:after="80"/>
        <w:rPr>
          <w:lang w:val="it-IT"/>
        </w:rPr>
      </w:pPr>
      <w:r w:rsidRPr="00BB0978">
        <w:rPr>
          <w:color w:val="2E75B6"/>
          <w:sz w:val="24"/>
          <w:lang w:val="it-IT"/>
        </w:rPr>
        <w:t>Descrizione Analitica del Profilo della Classe</w:t>
      </w:r>
    </w:p>
    <w:p w14:paraId="6073D07D" w14:textId="77777777" w:rsidR="009F0989" w:rsidRPr="00BB0978" w:rsidRDefault="00000000">
      <w:pPr>
        <w:spacing w:after="120"/>
        <w:rPr>
          <w:lang w:val="it-IT"/>
        </w:rPr>
      </w:pPr>
      <w:r w:rsidRPr="00BB0978">
        <w:rPr>
          <w:sz w:val="19"/>
          <w:lang w:val="it-IT"/>
        </w:rPr>
        <w:t>La classe si presenta come un gruppo eterogeneo per livelli di partenza, competenze pratico-operative e stili di apprendimento. Sul piano comportamentale e relazionale, la risposta complessiva è positiva e partecipativa, specialmente nelle attività laboratoriali e di apprendimento esperienziale.</w:t>
      </w:r>
      <w:r w:rsidRPr="00BB0978">
        <w:rPr>
          <w:sz w:val="19"/>
          <w:lang w:val="it-IT"/>
        </w:rPr>
        <w:br/>
      </w:r>
      <w:r w:rsidRPr="00BB0978">
        <w:rPr>
          <w:sz w:val="19"/>
          <w:lang w:val="it-IT"/>
        </w:rPr>
        <w:br/>
        <w:t>• Caratteristiche Cognitive e Metodo di Lavoro: Gli studenti della fascia avanzata e intermedia dimostrano buone capacità di applicazione delle procedure tecniche, autonomia operativa e interesse per le attività di laboratorio/project work. Il gruppo di fascia base richiede una costante guida nelle fasi teoriche e nell'acquisizione del lessico specifico di indirizzo. Gli alunni in fascia iniziale evidenziano significative difficoltà di concentrazione e discontinuità nel metodo di studio, richiedendo interventi personalizzati nell'ambito del PFI.</w:t>
      </w:r>
      <w:r w:rsidRPr="00BB0978">
        <w:rPr>
          <w:sz w:val="19"/>
          <w:lang w:val="it-IT"/>
        </w:rPr>
        <w:br/>
        <w:t>• Atteggiamento verso le Attività Pratiche e Tecnologiche: Si riscontra una spiccata motivazione verso le esercitazioni pratiche, le simulate d'impresa, i compiti di realtà e l'uso delle tecnologie digitali/applicativi gestionali di settore. La didattica laboratoriale e il lavoro di gruppo risultano particolarmente efficaci per stimolare l'inclusione e la proattività.</w:t>
      </w:r>
      <w:r w:rsidRPr="00BB0978">
        <w:rPr>
          <w:sz w:val="19"/>
          <w:lang w:val="it-IT"/>
        </w:rPr>
        <w:br/>
        <w:t xml:space="preserve">• Bisogni Educativi Speciali e Piano Formativo Individuale (PFI): In attuazione del </w:t>
      </w:r>
      <w:proofErr w:type="spellStart"/>
      <w:r w:rsidRPr="00BB0978">
        <w:rPr>
          <w:sz w:val="19"/>
          <w:lang w:val="it-IT"/>
        </w:rPr>
        <w:t>D.Lgs.</w:t>
      </w:r>
      <w:proofErr w:type="spellEnd"/>
      <w:r w:rsidRPr="00BB0978">
        <w:rPr>
          <w:sz w:val="19"/>
          <w:lang w:val="it-IT"/>
        </w:rPr>
        <w:t xml:space="preserve"> 61/2017, la programmazione definisce idonee misure compensative e dispensative per alunni con DSA, BES o DVA, con specifico adattamento delle rubriche di valutazione e costante monitoraggio del PFI.</w:t>
      </w:r>
    </w:p>
    <w:p w14:paraId="561228FF" w14:textId="77777777" w:rsidR="009F0989" w:rsidRPr="00BB0978" w:rsidRDefault="00000000">
      <w:pPr>
        <w:spacing w:after="120"/>
        <w:rPr>
          <w:lang w:val="it-IT"/>
        </w:rPr>
      </w:pPr>
      <w:r w:rsidRPr="00BB0978">
        <w:rPr>
          <w:b/>
          <w:sz w:val="19"/>
          <w:lang w:val="it-IT"/>
        </w:rPr>
        <w:t xml:space="preserve">Strumenti di Rilevazione Iniziale adottati: </w:t>
      </w:r>
      <w:proofErr w:type="gramStart"/>
      <w:r w:rsidRPr="00BB0978">
        <w:rPr>
          <w:sz w:val="18"/>
          <w:lang w:val="it-IT"/>
        </w:rPr>
        <w:t>[  ]</w:t>
      </w:r>
      <w:proofErr w:type="gramEnd"/>
      <w:r w:rsidRPr="00BB0978">
        <w:rPr>
          <w:sz w:val="18"/>
          <w:lang w:val="it-IT"/>
        </w:rPr>
        <w:t xml:space="preserve"> Test d'ingresso e prove pratiche d'indirizzo</w:t>
      </w:r>
      <w:proofErr w:type="gramStart"/>
      <w:r w:rsidRPr="00BB0978">
        <w:rPr>
          <w:sz w:val="18"/>
          <w:lang w:val="it-IT"/>
        </w:rPr>
        <w:t xml:space="preserve">   [  ]</w:t>
      </w:r>
      <w:proofErr w:type="gramEnd"/>
      <w:r w:rsidRPr="00BB0978">
        <w:rPr>
          <w:sz w:val="18"/>
          <w:lang w:val="it-IT"/>
        </w:rPr>
        <w:t xml:space="preserve"> Osservazioni sistematiche in laboratorio</w:t>
      </w:r>
      <w:proofErr w:type="gramStart"/>
      <w:r w:rsidRPr="00BB0978">
        <w:rPr>
          <w:sz w:val="18"/>
          <w:lang w:val="it-IT"/>
        </w:rPr>
        <w:t xml:space="preserve">   [  ]</w:t>
      </w:r>
      <w:proofErr w:type="gramEnd"/>
      <w:r w:rsidRPr="00BB0978">
        <w:rPr>
          <w:sz w:val="18"/>
          <w:lang w:val="it-IT"/>
        </w:rPr>
        <w:t xml:space="preserve"> Colloqui clinico-orientativi e PFI</w:t>
      </w:r>
      <w:proofErr w:type="gramStart"/>
      <w:r w:rsidRPr="00BB0978">
        <w:rPr>
          <w:sz w:val="18"/>
          <w:lang w:val="it-IT"/>
        </w:rPr>
        <w:t xml:space="preserve">   [  ]</w:t>
      </w:r>
      <w:proofErr w:type="gramEnd"/>
      <w:r w:rsidRPr="00BB0978">
        <w:rPr>
          <w:sz w:val="18"/>
          <w:lang w:val="it-IT"/>
        </w:rPr>
        <w:t xml:space="preserve"> Prova di simulazione / </w:t>
      </w:r>
      <w:proofErr w:type="spellStart"/>
      <w:r w:rsidRPr="00BB0978">
        <w:rPr>
          <w:sz w:val="18"/>
          <w:lang w:val="it-IT"/>
        </w:rPr>
        <w:t>problem</w:t>
      </w:r>
      <w:proofErr w:type="spellEnd"/>
      <w:r w:rsidRPr="00BB0978">
        <w:rPr>
          <w:sz w:val="18"/>
          <w:lang w:val="it-IT"/>
        </w:rPr>
        <w:t xml:space="preserve"> solving</w:t>
      </w:r>
    </w:p>
    <w:p w14:paraId="11BB9375" w14:textId="77777777" w:rsidR="009F0989" w:rsidRPr="00BB0978" w:rsidRDefault="009F0989">
      <w:pPr>
        <w:spacing w:after="80"/>
        <w:rPr>
          <w:lang w:val="it-IT"/>
        </w:rPr>
      </w:pPr>
    </w:p>
    <w:p w14:paraId="6414BAA8" w14:textId="77777777" w:rsidR="009F0989" w:rsidRPr="00BB0978" w:rsidRDefault="00000000">
      <w:pPr>
        <w:pStyle w:val="Titolo1"/>
        <w:spacing w:before="280" w:after="120"/>
        <w:rPr>
          <w:lang w:val="it-IT"/>
        </w:rPr>
      </w:pPr>
      <w:r w:rsidRPr="00BB0978">
        <w:rPr>
          <w:color w:val="1F4E78"/>
          <w:lang w:val="it-IT"/>
        </w:rPr>
        <w:t>3. Rilevazione Alunni Promossi con Revisione PFI e Alunni in Entrata</w:t>
      </w:r>
    </w:p>
    <w:p w14:paraId="0A499FFE" w14:textId="77777777" w:rsidR="009F0989" w:rsidRPr="00BB0978" w:rsidRDefault="00000000">
      <w:pPr>
        <w:spacing w:after="80"/>
        <w:rPr>
          <w:lang w:val="it-IT"/>
        </w:rPr>
      </w:pPr>
      <w:r w:rsidRPr="00BB0978">
        <w:rPr>
          <w:sz w:val="19"/>
          <w:lang w:val="it-IT"/>
        </w:rPr>
        <w:t xml:space="preserve">In attuazione del </w:t>
      </w:r>
      <w:proofErr w:type="spellStart"/>
      <w:r w:rsidRPr="00BB0978">
        <w:rPr>
          <w:sz w:val="19"/>
          <w:lang w:val="it-IT"/>
        </w:rPr>
        <w:t>D.Lgs.</w:t>
      </w:r>
      <w:proofErr w:type="spellEnd"/>
      <w:r w:rsidRPr="00BB0978">
        <w:rPr>
          <w:sz w:val="19"/>
          <w:lang w:val="it-IT"/>
        </w:rPr>
        <w:t xml:space="preserve"> 61/2017 e del modello d'Istituto, si rilevano gli studenti trasferiti da altre scuole/indirizzi e gli alunni ammessi con revisione del Piano Formativo Individuale (PFI):</w:t>
      </w:r>
    </w:p>
    <w:p w14:paraId="458B8866" w14:textId="77777777" w:rsidR="009F0989" w:rsidRPr="00BB0978" w:rsidRDefault="00000000">
      <w:pPr>
        <w:pStyle w:val="Titolo2"/>
        <w:spacing w:after="80"/>
        <w:rPr>
          <w:lang w:val="it-IT"/>
        </w:rPr>
      </w:pPr>
      <w:r w:rsidRPr="00BB0978">
        <w:rPr>
          <w:color w:val="2E75B6"/>
          <w:sz w:val="24"/>
          <w:lang w:val="it-IT"/>
        </w:rPr>
        <w:t>a) Alunni trasferiti in entrata provenienti da altre Scuole / Indirizzi: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96"/>
        <w:gridCol w:w="4896"/>
      </w:tblGrid>
      <w:tr w:rsidR="009F0989" w:rsidRPr="00B77C1F" w14:paraId="0BFBC1D1" w14:textId="77777777">
        <w:trPr>
          <w:jc w:val="center"/>
        </w:trPr>
        <w:tc>
          <w:tcPr>
            <w:tcW w:w="4896" w:type="dxa"/>
            <w:shd w:val="clear" w:color="auto" w:fill="1F4E78"/>
          </w:tcPr>
          <w:p w14:paraId="14FC8294" w14:textId="77777777" w:rsidR="009F0989" w:rsidRDefault="00000000">
            <w:pPr>
              <w:spacing w:before="80" w:after="80"/>
              <w:jc w:val="center"/>
            </w:pPr>
            <w:r>
              <w:rPr>
                <w:b/>
                <w:color w:val="FFFFFF"/>
                <w:sz w:val="20"/>
              </w:rPr>
              <w:t>ALUNNI TRASFERITI IN ENTRATA</w:t>
            </w:r>
          </w:p>
        </w:tc>
        <w:tc>
          <w:tcPr>
            <w:tcW w:w="4896" w:type="dxa"/>
            <w:shd w:val="clear" w:color="auto" w:fill="1F4E78"/>
          </w:tcPr>
          <w:p w14:paraId="362A3338" w14:textId="77777777" w:rsidR="009F0989" w:rsidRPr="00BB0978" w:rsidRDefault="00000000">
            <w:pPr>
              <w:spacing w:before="80" w:after="80"/>
              <w:jc w:val="center"/>
              <w:rPr>
                <w:lang w:val="it-IT"/>
              </w:rPr>
            </w:pPr>
            <w:r w:rsidRPr="00BB0978">
              <w:rPr>
                <w:b/>
                <w:color w:val="FFFFFF"/>
                <w:sz w:val="20"/>
                <w:lang w:val="it-IT"/>
              </w:rPr>
              <w:t>DISCIPLINE DA RECUPERARE IN ITINERE</w:t>
            </w:r>
          </w:p>
        </w:tc>
      </w:tr>
      <w:tr w:rsidR="009F0989" w:rsidRPr="00B77C1F" w14:paraId="6977B464" w14:textId="77777777">
        <w:trPr>
          <w:jc w:val="center"/>
        </w:trPr>
        <w:tc>
          <w:tcPr>
            <w:tcW w:w="4896" w:type="dxa"/>
          </w:tcPr>
          <w:p w14:paraId="54471391" w14:textId="77777777" w:rsidR="009F0989" w:rsidRPr="00BB0978" w:rsidRDefault="009F0989">
            <w:pPr>
              <w:rPr>
                <w:lang w:val="it-IT"/>
              </w:rPr>
            </w:pPr>
          </w:p>
        </w:tc>
        <w:tc>
          <w:tcPr>
            <w:tcW w:w="4896" w:type="dxa"/>
          </w:tcPr>
          <w:p w14:paraId="45C674B2" w14:textId="77777777" w:rsidR="009F0989" w:rsidRPr="00BB0978" w:rsidRDefault="009F0989">
            <w:pPr>
              <w:rPr>
                <w:lang w:val="it-IT"/>
              </w:rPr>
            </w:pPr>
          </w:p>
        </w:tc>
      </w:tr>
      <w:tr w:rsidR="009F0989" w:rsidRPr="00B77C1F" w14:paraId="2A64B2E3" w14:textId="77777777">
        <w:trPr>
          <w:jc w:val="center"/>
        </w:trPr>
        <w:tc>
          <w:tcPr>
            <w:tcW w:w="4896" w:type="dxa"/>
          </w:tcPr>
          <w:p w14:paraId="30505777" w14:textId="77777777" w:rsidR="009F0989" w:rsidRPr="00BB0978" w:rsidRDefault="009F0989">
            <w:pPr>
              <w:rPr>
                <w:lang w:val="it-IT"/>
              </w:rPr>
            </w:pPr>
          </w:p>
        </w:tc>
        <w:tc>
          <w:tcPr>
            <w:tcW w:w="4896" w:type="dxa"/>
          </w:tcPr>
          <w:p w14:paraId="153842BB" w14:textId="77777777" w:rsidR="009F0989" w:rsidRPr="00BB0978" w:rsidRDefault="009F0989">
            <w:pPr>
              <w:rPr>
                <w:lang w:val="it-IT"/>
              </w:rPr>
            </w:pPr>
          </w:p>
        </w:tc>
      </w:tr>
    </w:tbl>
    <w:p w14:paraId="742F75B8" w14:textId="77777777" w:rsidR="009F0989" w:rsidRPr="00BB0978" w:rsidRDefault="009F0989">
      <w:pPr>
        <w:spacing w:after="80"/>
        <w:rPr>
          <w:lang w:val="it-IT"/>
        </w:rPr>
      </w:pPr>
    </w:p>
    <w:p w14:paraId="5BC40A14" w14:textId="77777777" w:rsidR="009F0989" w:rsidRPr="00BB0978" w:rsidRDefault="00000000">
      <w:pPr>
        <w:pStyle w:val="Titolo2"/>
        <w:spacing w:after="80"/>
        <w:rPr>
          <w:lang w:val="it-IT"/>
        </w:rPr>
      </w:pPr>
      <w:r w:rsidRPr="00BB0978">
        <w:rPr>
          <w:color w:val="2E75B6"/>
          <w:sz w:val="24"/>
          <w:lang w:val="it-IT"/>
        </w:rPr>
        <w:t>b) Alunni ammessi alla classe successiva con revisione del PFI (debiti da recuperare):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96"/>
        <w:gridCol w:w="4896"/>
      </w:tblGrid>
      <w:tr w:rsidR="009F0989" w:rsidRPr="00B77C1F" w14:paraId="0C7628A7" w14:textId="77777777">
        <w:trPr>
          <w:jc w:val="center"/>
        </w:trPr>
        <w:tc>
          <w:tcPr>
            <w:tcW w:w="4896" w:type="dxa"/>
            <w:shd w:val="clear" w:color="auto" w:fill="1F4E78"/>
          </w:tcPr>
          <w:p w14:paraId="0AC39363" w14:textId="77777777" w:rsidR="009F0989" w:rsidRDefault="00000000">
            <w:pPr>
              <w:spacing w:before="80" w:after="80"/>
              <w:jc w:val="center"/>
            </w:pPr>
            <w:r>
              <w:rPr>
                <w:b/>
                <w:color w:val="FFFFFF"/>
                <w:sz w:val="20"/>
              </w:rPr>
              <w:t>ALUNNI CON REVISIONE PFI</w:t>
            </w:r>
          </w:p>
        </w:tc>
        <w:tc>
          <w:tcPr>
            <w:tcW w:w="4896" w:type="dxa"/>
            <w:shd w:val="clear" w:color="auto" w:fill="1F4E78"/>
          </w:tcPr>
          <w:p w14:paraId="0BF9E295" w14:textId="77777777" w:rsidR="009F0989" w:rsidRPr="00BB0978" w:rsidRDefault="00000000">
            <w:pPr>
              <w:spacing w:before="80" w:after="80"/>
              <w:jc w:val="center"/>
              <w:rPr>
                <w:lang w:val="it-IT"/>
              </w:rPr>
            </w:pPr>
            <w:r w:rsidRPr="00BB0978">
              <w:rPr>
                <w:b/>
                <w:color w:val="FFFFFF"/>
                <w:sz w:val="20"/>
                <w:lang w:val="it-IT"/>
              </w:rPr>
              <w:t>DISCIPLINE DA RECUPERARE IN ITINERE</w:t>
            </w:r>
          </w:p>
        </w:tc>
      </w:tr>
      <w:tr w:rsidR="009F0989" w:rsidRPr="00B77C1F" w14:paraId="0B836EB1" w14:textId="77777777">
        <w:trPr>
          <w:jc w:val="center"/>
        </w:trPr>
        <w:tc>
          <w:tcPr>
            <w:tcW w:w="4896" w:type="dxa"/>
          </w:tcPr>
          <w:p w14:paraId="2C023CD3" w14:textId="77777777" w:rsidR="009F0989" w:rsidRPr="00BB0978" w:rsidRDefault="009F0989">
            <w:pPr>
              <w:rPr>
                <w:lang w:val="it-IT"/>
              </w:rPr>
            </w:pPr>
          </w:p>
        </w:tc>
        <w:tc>
          <w:tcPr>
            <w:tcW w:w="4896" w:type="dxa"/>
          </w:tcPr>
          <w:p w14:paraId="6CE4404B" w14:textId="77777777" w:rsidR="009F0989" w:rsidRPr="00BB0978" w:rsidRDefault="009F0989">
            <w:pPr>
              <w:rPr>
                <w:lang w:val="it-IT"/>
              </w:rPr>
            </w:pPr>
          </w:p>
        </w:tc>
      </w:tr>
      <w:tr w:rsidR="009F0989" w:rsidRPr="00B77C1F" w14:paraId="665CA2AE" w14:textId="77777777">
        <w:trPr>
          <w:jc w:val="center"/>
        </w:trPr>
        <w:tc>
          <w:tcPr>
            <w:tcW w:w="4896" w:type="dxa"/>
          </w:tcPr>
          <w:p w14:paraId="4C3A3013" w14:textId="77777777" w:rsidR="009F0989" w:rsidRPr="00BB0978" w:rsidRDefault="009F0989">
            <w:pPr>
              <w:rPr>
                <w:lang w:val="it-IT"/>
              </w:rPr>
            </w:pPr>
          </w:p>
        </w:tc>
        <w:tc>
          <w:tcPr>
            <w:tcW w:w="4896" w:type="dxa"/>
          </w:tcPr>
          <w:p w14:paraId="6F533672" w14:textId="77777777" w:rsidR="009F0989" w:rsidRPr="00BB0978" w:rsidRDefault="009F0989">
            <w:pPr>
              <w:rPr>
                <w:lang w:val="it-IT"/>
              </w:rPr>
            </w:pPr>
          </w:p>
        </w:tc>
      </w:tr>
    </w:tbl>
    <w:p w14:paraId="0AD9E360" w14:textId="77777777" w:rsidR="009F0989" w:rsidRPr="00BB0978" w:rsidRDefault="009F0989">
      <w:pPr>
        <w:spacing w:after="80"/>
        <w:rPr>
          <w:lang w:val="it-IT"/>
        </w:rPr>
      </w:pPr>
    </w:p>
    <w:p w14:paraId="63F49E82" w14:textId="77777777" w:rsidR="009F0989" w:rsidRPr="00BB0978" w:rsidRDefault="00000000">
      <w:pPr>
        <w:pStyle w:val="Titolo1"/>
        <w:spacing w:before="280" w:after="120"/>
        <w:rPr>
          <w:lang w:val="it-IT"/>
        </w:rPr>
      </w:pPr>
      <w:r w:rsidRPr="00BB0978">
        <w:rPr>
          <w:color w:val="1F4E78"/>
          <w:lang w:val="it-IT"/>
        </w:rPr>
        <w:lastRenderedPageBreak/>
        <w:t xml:space="preserve">4. Competenze degli Assi Culturali e dell'Istruzione Professionale (D.M. 139/2007 e </w:t>
      </w:r>
      <w:proofErr w:type="spellStart"/>
      <w:r w:rsidRPr="00BB0978">
        <w:rPr>
          <w:color w:val="1F4E78"/>
          <w:lang w:val="it-IT"/>
        </w:rPr>
        <w:t>D.Lgs.</w:t>
      </w:r>
      <w:proofErr w:type="spellEnd"/>
      <w:r w:rsidRPr="00BB0978">
        <w:rPr>
          <w:color w:val="1F4E78"/>
          <w:lang w:val="it-IT"/>
        </w:rPr>
        <w:t xml:space="preserve"> 61/2017)</w:t>
      </w:r>
    </w:p>
    <w:p w14:paraId="3A71C9C1" w14:textId="77777777" w:rsidR="009F0989" w:rsidRPr="00BB0978" w:rsidRDefault="00000000">
      <w:pPr>
        <w:spacing w:after="80"/>
        <w:rPr>
          <w:lang w:val="it-IT"/>
        </w:rPr>
      </w:pPr>
      <w:r w:rsidRPr="00BB0978">
        <w:rPr>
          <w:sz w:val="19"/>
          <w:lang w:val="it-IT"/>
        </w:rPr>
        <w:t>In linea con i quadri normativi vigenti, si individuano le competenze per asse culturale ed indirizzo professionale relative alla disciplina: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6624"/>
      </w:tblGrid>
      <w:tr w:rsidR="009F0989" w14:paraId="55FB92AC" w14:textId="77777777">
        <w:trPr>
          <w:jc w:val="center"/>
        </w:trPr>
        <w:tc>
          <w:tcPr>
            <w:tcW w:w="3168" w:type="dxa"/>
            <w:shd w:val="clear" w:color="auto" w:fill="1F4E78"/>
          </w:tcPr>
          <w:p w14:paraId="3A55B380" w14:textId="77777777" w:rsidR="009F0989" w:rsidRDefault="00000000">
            <w:pPr>
              <w:spacing w:before="80" w:after="80"/>
              <w:jc w:val="center"/>
            </w:pPr>
            <w:r>
              <w:rPr>
                <w:b/>
                <w:color w:val="FFFFFF"/>
                <w:sz w:val="20"/>
              </w:rPr>
              <w:t>ASSE CULTURALE / INDIRIZZO</w:t>
            </w:r>
          </w:p>
        </w:tc>
        <w:tc>
          <w:tcPr>
            <w:tcW w:w="6624" w:type="dxa"/>
            <w:shd w:val="clear" w:color="auto" w:fill="1F4E78"/>
          </w:tcPr>
          <w:p w14:paraId="04D40CCC" w14:textId="77777777" w:rsidR="009F0989" w:rsidRDefault="00000000">
            <w:pPr>
              <w:spacing w:before="80" w:after="80"/>
              <w:jc w:val="center"/>
            </w:pPr>
            <w:r>
              <w:rPr>
                <w:b/>
                <w:color w:val="FFFFFF"/>
                <w:sz w:val="20"/>
              </w:rPr>
              <w:t>COMPETENZE SPECIFICHE ED OPERATIVE</w:t>
            </w:r>
          </w:p>
        </w:tc>
      </w:tr>
      <w:tr w:rsidR="009F0989" w14:paraId="40A43B2E" w14:textId="77777777">
        <w:trPr>
          <w:jc w:val="center"/>
        </w:trPr>
        <w:tc>
          <w:tcPr>
            <w:tcW w:w="3168" w:type="dxa"/>
          </w:tcPr>
          <w:p w14:paraId="2F36C2E7" w14:textId="77777777" w:rsidR="009F0989" w:rsidRDefault="00000000">
            <w:r>
              <w:rPr>
                <w:b/>
                <w:sz w:val="18"/>
              </w:rPr>
              <w:t>ASSE DEI LINGUAGGI</w:t>
            </w:r>
          </w:p>
        </w:tc>
        <w:tc>
          <w:tcPr>
            <w:tcW w:w="6624" w:type="dxa"/>
          </w:tcPr>
          <w:p w14:paraId="62DFD967" w14:textId="77777777" w:rsidR="009F0989" w:rsidRDefault="00000000">
            <w:r w:rsidRPr="00BB0978">
              <w:rPr>
                <w:sz w:val="18"/>
                <w:lang w:val="it-IT"/>
              </w:rPr>
              <w:t>• Padronanza della lingua italiana e padronanza degli strumenti espressivi ed argomentativi per l'interazione comunicativa.</w:t>
            </w:r>
            <w:r w:rsidRPr="00BB0978">
              <w:rPr>
                <w:sz w:val="18"/>
                <w:lang w:val="it-IT"/>
              </w:rPr>
              <w:br/>
              <w:t>• Leggere, comprendere e interpretare testi scritti e documentazione tecnica di settore.</w:t>
            </w:r>
            <w:r w:rsidRPr="00BB0978">
              <w:rPr>
                <w:sz w:val="18"/>
                <w:lang w:val="it-IT"/>
              </w:rPr>
              <w:br/>
              <w:t>• Utilizzare i linguaggi settoriali e la lingua straniera per scopi comunicativi e tecnico-professionali.</w:t>
            </w:r>
            <w:r w:rsidRPr="00BB0978">
              <w:rPr>
                <w:sz w:val="18"/>
                <w:lang w:val="it-IT"/>
              </w:rPr>
              <w:br/>
            </w:r>
            <w:r>
              <w:rPr>
                <w:sz w:val="18"/>
              </w:rPr>
              <w:t xml:space="preserve">• </w:t>
            </w:r>
            <w:proofErr w:type="spellStart"/>
            <w:r>
              <w:rPr>
                <w:sz w:val="18"/>
              </w:rPr>
              <w:t>Utilizzare</w:t>
            </w:r>
            <w:proofErr w:type="spellEnd"/>
            <w:r>
              <w:rPr>
                <w:sz w:val="18"/>
              </w:rPr>
              <w:t xml:space="preserve"> e </w:t>
            </w:r>
            <w:proofErr w:type="spellStart"/>
            <w:r>
              <w:rPr>
                <w:sz w:val="18"/>
              </w:rPr>
              <w:t>produrre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testi</w:t>
            </w:r>
            <w:proofErr w:type="spellEnd"/>
            <w:r>
              <w:rPr>
                <w:sz w:val="18"/>
              </w:rPr>
              <w:t xml:space="preserve"> multimediali e promozionali d'indirizzo.</w:t>
            </w:r>
          </w:p>
        </w:tc>
      </w:tr>
      <w:tr w:rsidR="009F0989" w:rsidRPr="00B77C1F" w14:paraId="527C513B" w14:textId="77777777">
        <w:trPr>
          <w:jc w:val="center"/>
        </w:trPr>
        <w:tc>
          <w:tcPr>
            <w:tcW w:w="3168" w:type="dxa"/>
          </w:tcPr>
          <w:p w14:paraId="777F29BA" w14:textId="77777777" w:rsidR="009F0989" w:rsidRDefault="00000000">
            <w:r>
              <w:rPr>
                <w:b/>
                <w:sz w:val="18"/>
              </w:rPr>
              <w:t>ASSE MATEMATICO</w:t>
            </w:r>
          </w:p>
        </w:tc>
        <w:tc>
          <w:tcPr>
            <w:tcW w:w="6624" w:type="dxa"/>
          </w:tcPr>
          <w:p w14:paraId="6470B27D" w14:textId="77777777" w:rsidR="009F0989" w:rsidRPr="00BB0978" w:rsidRDefault="00000000">
            <w:pPr>
              <w:rPr>
                <w:lang w:val="it-IT"/>
              </w:rPr>
            </w:pPr>
            <w:r w:rsidRPr="00BB0978">
              <w:rPr>
                <w:sz w:val="18"/>
                <w:lang w:val="it-IT"/>
              </w:rPr>
              <w:t>• Utilizzare le tecniche del calcolo aritmetico, algebrico e finanziario applicandole al contesto professionale.</w:t>
            </w:r>
            <w:r w:rsidRPr="00BB0978">
              <w:rPr>
                <w:sz w:val="18"/>
                <w:lang w:val="it-IT"/>
              </w:rPr>
              <w:br/>
              <w:t>• Individuare le strategie appropriate per la risoluzione di problemi tecnici ed operativi.</w:t>
            </w:r>
            <w:r w:rsidRPr="00BB0978">
              <w:rPr>
                <w:sz w:val="18"/>
                <w:lang w:val="it-IT"/>
              </w:rPr>
              <w:br/>
              <w:t>• Analizzare dati, formulare tabelle di costo/ricavo ed interpretare grafici gestionali ed economico-statistici.</w:t>
            </w:r>
          </w:p>
        </w:tc>
      </w:tr>
      <w:tr w:rsidR="009F0989" w:rsidRPr="00B77C1F" w14:paraId="3D4FA884" w14:textId="77777777">
        <w:trPr>
          <w:jc w:val="center"/>
        </w:trPr>
        <w:tc>
          <w:tcPr>
            <w:tcW w:w="3168" w:type="dxa"/>
          </w:tcPr>
          <w:p w14:paraId="06452CE3" w14:textId="77777777" w:rsidR="009F0989" w:rsidRDefault="00000000">
            <w:r>
              <w:rPr>
                <w:b/>
                <w:sz w:val="18"/>
              </w:rPr>
              <w:t>ASSE SCIENTIFICO-TECNOLOGICO</w:t>
            </w:r>
          </w:p>
        </w:tc>
        <w:tc>
          <w:tcPr>
            <w:tcW w:w="6624" w:type="dxa"/>
          </w:tcPr>
          <w:p w14:paraId="26D7BBE3" w14:textId="77777777" w:rsidR="009F0989" w:rsidRPr="00BB0978" w:rsidRDefault="00000000">
            <w:pPr>
              <w:rPr>
                <w:lang w:val="it-IT"/>
              </w:rPr>
            </w:pPr>
            <w:r w:rsidRPr="00BB0978">
              <w:rPr>
                <w:sz w:val="18"/>
                <w:lang w:val="it-IT"/>
              </w:rPr>
              <w:t>• Osservare e descrivere processi produttivi, biologici, agroalimentari o di servizio.</w:t>
            </w:r>
            <w:r w:rsidRPr="00BB0978">
              <w:rPr>
                <w:sz w:val="18"/>
                <w:lang w:val="it-IT"/>
              </w:rPr>
              <w:br/>
              <w:t>• Applicare le norme igienico-sanitarie (HACCP), di sicurezza nei luoghi di lavoro (</w:t>
            </w:r>
            <w:proofErr w:type="spellStart"/>
            <w:r w:rsidRPr="00BB0978">
              <w:rPr>
                <w:sz w:val="18"/>
                <w:lang w:val="it-IT"/>
              </w:rPr>
              <w:t>D.Lgs.</w:t>
            </w:r>
            <w:proofErr w:type="spellEnd"/>
            <w:r w:rsidRPr="00BB0978">
              <w:rPr>
                <w:sz w:val="18"/>
                <w:lang w:val="it-IT"/>
              </w:rPr>
              <w:t xml:space="preserve"> 81/08) e di tutela ambientale.</w:t>
            </w:r>
            <w:r w:rsidRPr="00BB0978">
              <w:rPr>
                <w:sz w:val="18"/>
                <w:lang w:val="it-IT"/>
              </w:rPr>
              <w:br/>
              <w:t>• Essere consapevole delle potenzialità e dei limiti delle tecnologie e dell'I.A. applicate alle filiere produttive.</w:t>
            </w:r>
          </w:p>
        </w:tc>
      </w:tr>
      <w:tr w:rsidR="009F0989" w:rsidRPr="00B77C1F" w14:paraId="6D0D5A90" w14:textId="77777777">
        <w:trPr>
          <w:jc w:val="center"/>
        </w:trPr>
        <w:tc>
          <w:tcPr>
            <w:tcW w:w="3168" w:type="dxa"/>
          </w:tcPr>
          <w:p w14:paraId="34009A82" w14:textId="77777777" w:rsidR="009F0989" w:rsidRDefault="00000000">
            <w:r>
              <w:rPr>
                <w:b/>
                <w:sz w:val="18"/>
              </w:rPr>
              <w:t>ASSE STORICO-SOCIALE</w:t>
            </w:r>
          </w:p>
        </w:tc>
        <w:tc>
          <w:tcPr>
            <w:tcW w:w="6624" w:type="dxa"/>
          </w:tcPr>
          <w:p w14:paraId="16343CCE" w14:textId="77777777" w:rsidR="009F0989" w:rsidRPr="00BB0978" w:rsidRDefault="00000000">
            <w:pPr>
              <w:rPr>
                <w:lang w:val="it-IT"/>
              </w:rPr>
            </w:pPr>
            <w:r w:rsidRPr="00BB0978">
              <w:rPr>
                <w:sz w:val="18"/>
                <w:lang w:val="it-IT"/>
              </w:rPr>
              <w:t>• Comprendere le evoluzioni storico-sociali ed economiche connesse alle trasformazioni del mondo del lavoro.</w:t>
            </w:r>
            <w:r w:rsidRPr="00BB0978">
              <w:rPr>
                <w:sz w:val="18"/>
                <w:lang w:val="it-IT"/>
              </w:rPr>
              <w:br/>
              <w:t>• Collocare l'esperienza personale e professionale in un sistema di regole e di etica del lavoro e dell'ambiente.</w:t>
            </w:r>
            <w:r w:rsidRPr="00BB0978">
              <w:rPr>
                <w:sz w:val="18"/>
                <w:lang w:val="it-IT"/>
              </w:rPr>
              <w:br/>
              <w:t>• Riconoscere le caratteristiche essenziali del sistema socio-economico per orientarsi nel tessuto produttivo locale e globale.</w:t>
            </w:r>
          </w:p>
        </w:tc>
      </w:tr>
    </w:tbl>
    <w:p w14:paraId="34583B34" w14:textId="77777777" w:rsidR="009F0989" w:rsidRPr="00BB0978" w:rsidRDefault="009F0989">
      <w:pPr>
        <w:spacing w:after="80"/>
        <w:rPr>
          <w:lang w:val="it-IT"/>
        </w:rPr>
      </w:pPr>
    </w:p>
    <w:p w14:paraId="37E3FB27" w14:textId="77777777" w:rsidR="009F0989" w:rsidRPr="00BB0978" w:rsidRDefault="00000000">
      <w:pPr>
        <w:pStyle w:val="Titolo2"/>
        <w:spacing w:after="80"/>
        <w:rPr>
          <w:lang w:val="it-IT"/>
        </w:rPr>
      </w:pPr>
      <w:r w:rsidRPr="00BB0978">
        <w:rPr>
          <w:color w:val="2E75B6"/>
          <w:sz w:val="24"/>
          <w:lang w:val="it-IT"/>
        </w:rPr>
        <w:t xml:space="preserve">Competenze Specifiche dell'Istruzione Professionale (PECUP </w:t>
      </w:r>
      <w:proofErr w:type="spellStart"/>
      <w:r w:rsidRPr="00BB0978">
        <w:rPr>
          <w:color w:val="2E75B6"/>
          <w:sz w:val="24"/>
          <w:lang w:val="it-IT"/>
        </w:rPr>
        <w:t>D.Lgs.</w:t>
      </w:r>
      <w:proofErr w:type="spellEnd"/>
      <w:r w:rsidRPr="00BB0978">
        <w:rPr>
          <w:color w:val="2E75B6"/>
          <w:sz w:val="24"/>
          <w:lang w:val="it-IT"/>
        </w:rPr>
        <w:t xml:space="preserve"> 61/2017):</w:t>
      </w:r>
    </w:p>
    <w:p w14:paraId="4026E906" w14:textId="77777777" w:rsidR="009F0989" w:rsidRPr="00BB0978" w:rsidRDefault="00000000">
      <w:pPr>
        <w:spacing w:after="120"/>
        <w:ind w:left="288"/>
        <w:rPr>
          <w:lang w:val="it-IT"/>
        </w:rPr>
      </w:pPr>
      <w:r w:rsidRPr="00BB0978">
        <w:rPr>
          <w:i/>
          <w:sz w:val="18"/>
          <w:lang w:val="it-IT"/>
        </w:rPr>
        <w:t>• Operare in contesti tecnico-professionali, caratterizzati da saperi e da specifiche competenze applicative.</w:t>
      </w:r>
      <w:r w:rsidRPr="00BB0978">
        <w:rPr>
          <w:i/>
          <w:sz w:val="18"/>
          <w:lang w:val="it-IT"/>
        </w:rPr>
        <w:br/>
        <w:t>• Interiorizzare procedure produttive, tecniche, di laboratorio e gestionali al fine di organizzare al meglio le proprie attività operative.</w:t>
      </w:r>
      <w:r w:rsidRPr="00BB0978">
        <w:rPr>
          <w:i/>
          <w:sz w:val="18"/>
          <w:lang w:val="it-IT"/>
        </w:rPr>
        <w:br/>
        <w:t>• Impostare e fornire servizi su misura del cliente/utente, valorizzando le risorse enogastronomiche, agrituristiche e commerciali del territorio.</w:t>
      </w:r>
      <w:r w:rsidRPr="00BB0978">
        <w:rPr>
          <w:i/>
          <w:sz w:val="18"/>
          <w:lang w:val="it-IT"/>
        </w:rPr>
        <w:br/>
        <w:t>• Assumere comportamenti responsabili e proattivi nei confronti della sicurezza sui luoghi di lavoro, dell'igiene e della sostenibilità ambientale.</w:t>
      </w:r>
      <w:r w:rsidRPr="00BB0978">
        <w:rPr>
          <w:i/>
          <w:sz w:val="18"/>
          <w:lang w:val="it-IT"/>
        </w:rPr>
        <w:br/>
        <w:t>• Orientare il proprio autosviluppo professionale e lo spirito di iniziativa/imprenditorialità verso il mondo del lavoro e gli ITS Academy.</w:t>
      </w:r>
    </w:p>
    <w:p w14:paraId="2FC66D90" w14:textId="77777777" w:rsidR="009F0989" w:rsidRPr="00BB0978" w:rsidRDefault="009F0989">
      <w:pPr>
        <w:spacing w:after="80"/>
        <w:rPr>
          <w:lang w:val="it-IT"/>
        </w:rPr>
      </w:pPr>
    </w:p>
    <w:p w14:paraId="6A65F3BE" w14:textId="77777777" w:rsidR="009F0989" w:rsidRPr="00BB0978" w:rsidRDefault="00000000">
      <w:pPr>
        <w:pStyle w:val="Titolo1"/>
        <w:spacing w:before="280" w:after="120"/>
        <w:rPr>
          <w:lang w:val="it-IT"/>
        </w:rPr>
      </w:pPr>
      <w:r w:rsidRPr="00BB0978">
        <w:rPr>
          <w:color w:val="1F4E78"/>
          <w:lang w:val="it-IT"/>
        </w:rPr>
        <w:t>5. Quadro delle Competenze Europee (UE 2018), Cittadinanza e IA Responsabile</w:t>
      </w:r>
    </w:p>
    <w:p w14:paraId="6444B655" w14:textId="77777777" w:rsidR="009F0989" w:rsidRPr="00BB0978" w:rsidRDefault="00000000">
      <w:pPr>
        <w:spacing w:after="80"/>
        <w:rPr>
          <w:lang w:val="it-IT"/>
        </w:rPr>
      </w:pPr>
      <w:r w:rsidRPr="00BB0978">
        <w:rPr>
          <w:sz w:val="19"/>
          <w:lang w:val="it-IT"/>
        </w:rPr>
        <w:t>Selezionare con una spunta [X] le competenze trasversali e digitali applicate al percorso professionale: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96"/>
        <w:gridCol w:w="4896"/>
      </w:tblGrid>
      <w:tr w:rsidR="009F0989" w14:paraId="7626F1F7" w14:textId="77777777">
        <w:trPr>
          <w:jc w:val="center"/>
        </w:trPr>
        <w:tc>
          <w:tcPr>
            <w:tcW w:w="4896" w:type="dxa"/>
            <w:shd w:val="clear" w:color="auto" w:fill="1F4E78"/>
          </w:tcPr>
          <w:p w14:paraId="3B13D3D0" w14:textId="77777777" w:rsidR="009F0989" w:rsidRDefault="00000000">
            <w:pPr>
              <w:spacing w:before="80" w:after="80"/>
              <w:jc w:val="center"/>
            </w:pPr>
            <w:r>
              <w:rPr>
                <w:b/>
                <w:color w:val="FFFFFF"/>
                <w:sz w:val="20"/>
              </w:rPr>
              <w:t>COMPETENZE CHIAVE UE (2018) &amp; CITTADINANZA</w:t>
            </w:r>
          </w:p>
        </w:tc>
        <w:tc>
          <w:tcPr>
            <w:tcW w:w="4896" w:type="dxa"/>
            <w:shd w:val="clear" w:color="auto" w:fill="1F4E78"/>
          </w:tcPr>
          <w:p w14:paraId="02B1B2D9" w14:textId="77777777" w:rsidR="009F0989" w:rsidRDefault="00000000">
            <w:pPr>
              <w:spacing w:before="80" w:after="80"/>
              <w:jc w:val="center"/>
            </w:pPr>
            <w:r>
              <w:rPr>
                <w:b/>
                <w:color w:val="FFFFFF"/>
                <w:sz w:val="20"/>
              </w:rPr>
              <w:t>INTEGRAZIONE DIGITALE &amp; INTELLIGENZA ARTIFICIALE</w:t>
            </w:r>
          </w:p>
        </w:tc>
      </w:tr>
      <w:tr w:rsidR="009F0989" w:rsidRPr="00B77C1F" w14:paraId="759A51D1" w14:textId="77777777">
        <w:trPr>
          <w:jc w:val="center"/>
        </w:trPr>
        <w:tc>
          <w:tcPr>
            <w:tcW w:w="4896" w:type="dxa"/>
          </w:tcPr>
          <w:p w14:paraId="4F1D8758" w14:textId="77777777" w:rsidR="009F0989" w:rsidRPr="00BB0978" w:rsidRDefault="00000000">
            <w:pPr>
              <w:rPr>
                <w:lang w:val="it-IT"/>
              </w:rPr>
            </w:pPr>
            <w:proofErr w:type="gramStart"/>
            <w:r w:rsidRPr="00BB0978">
              <w:rPr>
                <w:sz w:val="18"/>
                <w:lang w:val="it-IT"/>
              </w:rPr>
              <w:t>[  ]</w:t>
            </w:r>
            <w:proofErr w:type="gramEnd"/>
            <w:r w:rsidRPr="00BB0978">
              <w:rPr>
                <w:sz w:val="18"/>
                <w:lang w:val="it-IT"/>
              </w:rPr>
              <w:t xml:space="preserve"> Competenza alfabetica funzionale</w:t>
            </w:r>
            <w:r w:rsidRPr="00BB0978">
              <w:rPr>
                <w:sz w:val="18"/>
                <w:lang w:val="it-IT"/>
              </w:rPr>
              <w:br/>
              <w:t>(comunicazione formale e lessico tecnico)</w:t>
            </w:r>
          </w:p>
        </w:tc>
        <w:tc>
          <w:tcPr>
            <w:tcW w:w="4896" w:type="dxa"/>
          </w:tcPr>
          <w:p w14:paraId="3ADE1A0E" w14:textId="77777777" w:rsidR="009F0989" w:rsidRPr="00BB0978" w:rsidRDefault="00000000">
            <w:pPr>
              <w:rPr>
                <w:lang w:val="it-IT"/>
              </w:rPr>
            </w:pPr>
            <w:proofErr w:type="gramStart"/>
            <w:r w:rsidRPr="00BB0978">
              <w:rPr>
                <w:sz w:val="18"/>
                <w:lang w:val="it-IT"/>
              </w:rPr>
              <w:t>[  ]</w:t>
            </w:r>
            <w:proofErr w:type="gramEnd"/>
            <w:r w:rsidRPr="00BB0978">
              <w:rPr>
                <w:sz w:val="18"/>
                <w:lang w:val="it-IT"/>
              </w:rPr>
              <w:t xml:space="preserve"> Utilizzo critico di software gestionali e generatori di testo I.A. per report e comunicazioni</w:t>
            </w:r>
          </w:p>
        </w:tc>
      </w:tr>
      <w:tr w:rsidR="009F0989" w:rsidRPr="00B77C1F" w14:paraId="43605865" w14:textId="77777777">
        <w:trPr>
          <w:jc w:val="center"/>
        </w:trPr>
        <w:tc>
          <w:tcPr>
            <w:tcW w:w="4896" w:type="dxa"/>
          </w:tcPr>
          <w:p w14:paraId="3C41AAC0" w14:textId="77777777" w:rsidR="009F0989" w:rsidRPr="00BB0978" w:rsidRDefault="00000000">
            <w:pPr>
              <w:rPr>
                <w:lang w:val="it-IT"/>
              </w:rPr>
            </w:pPr>
            <w:proofErr w:type="gramStart"/>
            <w:r w:rsidRPr="00BB0978">
              <w:rPr>
                <w:sz w:val="18"/>
                <w:lang w:val="it-IT"/>
              </w:rPr>
              <w:t>[  ]</w:t>
            </w:r>
            <w:proofErr w:type="gramEnd"/>
            <w:r w:rsidRPr="00BB0978">
              <w:rPr>
                <w:sz w:val="18"/>
                <w:lang w:val="it-IT"/>
              </w:rPr>
              <w:t xml:space="preserve"> Competenza multilinguistica</w:t>
            </w:r>
            <w:r w:rsidRPr="00BB0978">
              <w:rPr>
                <w:sz w:val="18"/>
                <w:lang w:val="it-IT"/>
              </w:rPr>
              <w:br/>
              <w:t>(lingua straniera professionale e CLIL)</w:t>
            </w:r>
          </w:p>
        </w:tc>
        <w:tc>
          <w:tcPr>
            <w:tcW w:w="4896" w:type="dxa"/>
          </w:tcPr>
          <w:p w14:paraId="3E4049EA" w14:textId="77777777" w:rsidR="009F0989" w:rsidRPr="00BB0978" w:rsidRDefault="00000000">
            <w:pPr>
              <w:rPr>
                <w:lang w:val="it-IT"/>
              </w:rPr>
            </w:pPr>
            <w:proofErr w:type="gramStart"/>
            <w:r w:rsidRPr="00BB0978">
              <w:rPr>
                <w:sz w:val="18"/>
                <w:lang w:val="it-IT"/>
              </w:rPr>
              <w:t>[  ]</w:t>
            </w:r>
            <w:proofErr w:type="gramEnd"/>
            <w:r w:rsidRPr="00BB0978">
              <w:rPr>
                <w:sz w:val="18"/>
                <w:lang w:val="it-IT"/>
              </w:rPr>
              <w:t xml:space="preserve"> Traduzione assistita e consultazione di ricettari/manuali tecnici internazionali con algoritmi I.A.</w:t>
            </w:r>
          </w:p>
        </w:tc>
      </w:tr>
      <w:tr w:rsidR="009F0989" w:rsidRPr="00B77C1F" w14:paraId="51FDE35F" w14:textId="77777777">
        <w:trPr>
          <w:jc w:val="center"/>
        </w:trPr>
        <w:tc>
          <w:tcPr>
            <w:tcW w:w="4896" w:type="dxa"/>
          </w:tcPr>
          <w:p w14:paraId="622BF1FB" w14:textId="77777777" w:rsidR="009F0989" w:rsidRPr="00BB0978" w:rsidRDefault="00000000">
            <w:pPr>
              <w:rPr>
                <w:lang w:val="it-IT"/>
              </w:rPr>
            </w:pPr>
            <w:proofErr w:type="gramStart"/>
            <w:r w:rsidRPr="00BB0978">
              <w:rPr>
                <w:sz w:val="18"/>
                <w:lang w:val="it-IT"/>
              </w:rPr>
              <w:lastRenderedPageBreak/>
              <w:t>[  ]</w:t>
            </w:r>
            <w:proofErr w:type="gramEnd"/>
            <w:r w:rsidRPr="00BB0978">
              <w:rPr>
                <w:sz w:val="18"/>
                <w:lang w:val="it-IT"/>
              </w:rPr>
              <w:t xml:space="preserve"> Competenza STEM, matematica e tecnologie applicate</w:t>
            </w:r>
            <w:r w:rsidRPr="00BB0978">
              <w:rPr>
                <w:sz w:val="18"/>
                <w:lang w:val="it-IT"/>
              </w:rPr>
              <w:br/>
              <w:t>(calcolo professionale e procedure)</w:t>
            </w:r>
          </w:p>
        </w:tc>
        <w:tc>
          <w:tcPr>
            <w:tcW w:w="4896" w:type="dxa"/>
          </w:tcPr>
          <w:p w14:paraId="4AEF1B7A" w14:textId="77777777" w:rsidR="009F0989" w:rsidRPr="00BB0978" w:rsidRDefault="00000000">
            <w:pPr>
              <w:rPr>
                <w:lang w:val="it-IT"/>
              </w:rPr>
            </w:pPr>
            <w:proofErr w:type="gramStart"/>
            <w:r w:rsidRPr="00BB0978">
              <w:rPr>
                <w:sz w:val="18"/>
                <w:lang w:val="it-IT"/>
              </w:rPr>
              <w:t>[  ]</w:t>
            </w:r>
            <w:proofErr w:type="gramEnd"/>
            <w:r w:rsidRPr="00BB0978">
              <w:rPr>
                <w:sz w:val="18"/>
                <w:lang w:val="it-IT"/>
              </w:rPr>
              <w:t xml:space="preserve"> Analisi dati di vendita, calcolo food cost e simulazioni gestionali assistite da software/I.A.</w:t>
            </w:r>
          </w:p>
        </w:tc>
      </w:tr>
      <w:tr w:rsidR="009F0989" w:rsidRPr="00B77C1F" w14:paraId="267C5418" w14:textId="77777777">
        <w:trPr>
          <w:jc w:val="center"/>
        </w:trPr>
        <w:tc>
          <w:tcPr>
            <w:tcW w:w="4896" w:type="dxa"/>
          </w:tcPr>
          <w:p w14:paraId="14089B5E" w14:textId="77777777" w:rsidR="009F0989" w:rsidRPr="00BB0978" w:rsidRDefault="00000000">
            <w:pPr>
              <w:rPr>
                <w:lang w:val="it-IT"/>
              </w:rPr>
            </w:pPr>
            <w:proofErr w:type="gramStart"/>
            <w:r w:rsidRPr="00BB0978">
              <w:rPr>
                <w:sz w:val="18"/>
                <w:lang w:val="it-IT"/>
              </w:rPr>
              <w:t>[  ]</w:t>
            </w:r>
            <w:proofErr w:type="gramEnd"/>
            <w:r w:rsidRPr="00BB0978">
              <w:rPr>
                <w:sz w:val="18"/>
                <w:lang w:val="it-IT"/>
              </w:rPr>
              <w:t xml:space="preserve"> Competenza digitale e cittadinanza</w:t>
            </w:r>
            <w:r w:rsidRPr="00BB0978">
              <w:rPr>
                <w:sz w:val="18"/>
                <w:lang w:val="it-IT"/>
              </w:rPr>
              <w:br/>
              <w:t>(creazione contenuti e promozione web)</w:t>
            </w:r>
          </w:p>
        </w:tc>
        <w:tc>
          <w:tcPr>
            <w:tcW w:w="4896" w:type="dxa"/>
          </w:tcPr>
          <w:p w14:paraId="293D0F2F" w14:textId="77777777" w:rsidR="009F0989" w:rsidRPr="00BB0978" w:rsidRDefault="00000000">
            <w:pPr>
              <w:rPr>
                <w:lang w:val="it-IT"/>
              </w:rPr>
            </w:pPr>
            <w:proofErr w:type="gramStart"/>
            <w:r w:rsidRPr="00BB0978">
              <w:rPr>
                <w:sz w:val="18"/>
                <w:lang w:val="it-IT"/>
              </w:rPr>
              <w:t>[  ]</w:t>
            </w:r>
            <w:proofErr w:type="gramEnd"/>
            <w:r w:rsidRPr="00BB0978">
              <w:rPr>
                <w:sz w:val="18"/>
                <w:lang w:val="it-IT"/>
              </w:rPr>
              <w:t xml:space="preserve"> Alfabetizzazione all'I.A. (</w:t>
            </w:r>
            <w:proofErr w:type="spellStart"/>
            <w:r w:rsidRPr="00BB0978">
              <w:rPr>
                <w:sz w:val="18"/>
                <w:lang w:val="it-IT"/>
              </w:rPr>
              <w:t>Prompting</w:t>
            </w:r>
            <w:proofErr w:type="spellEnd"/>
            <w:r w:rsidRPr="00BB0978">
              <w:rPr>
                <w:sz w:val="18"/>
                <w:lang w:val="it-IT"/>
              </w:rPr>
              <w:t xml:space="preserve"> etico, verifica delle allucinazioni e sicurezza dati)</w:t>
            </w:r>
          </w:p>
        </w:tc>
      </w:tr>
      <w:tr w:rsidR="009F0989" w:rsidRPr="00B77C1F" w14:paraId="00F3C8D5" w14:textId="77777777">
        <w:trPr>
          <w:jc w:val="center"/>
        </w:trPr>
        <w:tc>
          <w:tcPr>
            <w:tcW w:w="4896" w:type="dxa"/>
          </w:tcPr>
          <w:p w14:paraId="0AB2E447" w14:textId="77777777" w:rsidR="009F0989" w:rsidRPr="00BB0978" w:rsidRDefault="00000000">
            <w:pPr>
              <w:rPr>
                <w:lang w:val="it-IT"/>
              </w:rPr>
            </w:pPr>
            <w:proofErr w:type="gramStart"/>
            <w:r w:rsidRPr="00BB0978">
              <w:rPr>
                <w:sz w:val="18"/>
                <w:lang w:val="it-IT"/>
              </w:rPr>
              <w:t>[  ]</w:t>
            </w:r>
            <w:proofErr w:type="gramEnd"/>
            <w:r w:rsidRPr="00BB0978">
              <w:rPr>
                <w:sz w:val="18"/>
                <w:lang w:val="it-IT"/>
              </w:rPr>
              <w:t xml:space="preserve"> Competenza personale, sociale e imparare ad imparare</w:t>
            </w:r>
            <w:r w:rsidRPr="00BB0978">
              <w:rPr>
                <w:sz w:val="18"/>
                <w:lang w:val="it-IT"/>
              </w:rPr>
              <w:br/>
              <w:t>(autonomia e gestione del tempo nel PFI)</w:t>
            </w:r>
          </w:p>
        </w:tc>
        <w:tc>
          <w:tcPr>
            <w:tcW w:w="4896" w:type="dxa"/>
          </w:tcPr>
          <w:p w14:paraId="0BEC3D2E" w14:textId="77777777" w:rsidR="009F0989" w:rsidRPr="00BB0978" w:rsidRDefault="00000000">
            <w:pPr>
              <w:rPr>
                <w:lang w:val="it-IT"/>
              </w:rPr>
            </w:pPr>
            <w:proofErr w:type="gramStart"/>
            <w:r w:rsidRPr="00BB0978">
              <w:rPr>
                <w:sz w:val="18"/>
                <w:lang w:val="it-IT"/>
              </w:rPr>
              <w:t>[  ]</w:t>
            </w:r>
            <w:proofErr w:type="gramEnd"/>
            <w:r w:rsidRPr="00BB0978">
              <w:rPr>
                <w:sz w:val="18"/>
                <w:lang w:val="it-IT"/>
              </w:rPr>
              <w:t xml:space="preserve"> Tutoraggio guidato ed esercitazioni assistite da agenti virtuali di I.A.</w:t>
            </w:r>
          </w:p>
        </w:tc>
      </w:tr>
      <w:tr w:rsidR="009F0989" w:rsidRPr="00B77C1F" w14:paraId="14D581B9" w14:textId="77777777">
        <w:trPr>
          <w:jc w:val="center"/>
        </w:trPr>
        <w:tc>
          <w:tcPr>
            <w:tcW w:w="4896" w:type="dxa"/>
          </w:tcPr>
          <w:p w14:paraId="236C52EC" w14:textId="77777777" w:rsidR="009F0989" w:rsidRPr="00BB0978" w:rsidRDefault="00000000">
            <w:pPr>
              <w:rPr>
                <w:lang w:val="it-IT"/>
              </w:rPr>
            </w:pPr>
            <w:proofErr w:type="gramStart"/>
            <w:r w:rsidRPr="00BB0978">
              <w:rPr>
                <w:sz w:val="18"/>
                <w:lang w:val="it-IT"/>
              </w:rPr>
              <w:t>[  ]</w:t>
            </w:r>
            <w:proofErr w:type="gramEnd"/>
            <w:r w:rsidRPr="00BB0978">
              <w:rPr>
                <w:sz w:val="18"/>
                <w:lang w:val="it-IT"/>
              </w:rPr>
              <w:t xml:space="preserve"> Competenza in materia di cittadinanza ed etica aziendale</w:t>
            </w:r>
            <w:r w:rsidRPr="00BB0978">
              <w:rPr>
                <w:sz w:val="18"/>
                <w:lang w:val="it-IT"/>
              </w:rPr>
              <w:br/>
              <w:t>(responsabilità sociale e sicurezza)</w:t>
            </w:r>
          </w:p>
        </w:tc>
        <w:tc>
          <w:tcPr>
            <w:tcW w:w="4896" w:type="dxa"/>
          </w:tcPr>
          <w:p w14:paraId="0DB5DC6A" w14:textId="77777777" w:rsidR="009F0989" w:rsidRPr="00BB0978" w:rsidRDefault="00000000">
            <w:pPr>
              <w:rPr>
                <w:lang w:val="it-IT"/>
              </w:rPr>
            </w:pPr>
            <w:proofErr w:type="gramStart"/>
            <w:r w:rsidRPr="00BB0978">
              <w:rPr>
                <w:sz w:val="18"/>
                <w:lang w:val="it-IT"/>
              </w:rPr>
              <w:t>[  ]</w:t>
            </w:r>
            <w:proofErr w:type="gramEnd"/>
            <w:r w:rsidRPr="00BB0978">
              <w:rPr>
                <w:sz w:val="18"/>
                <w:lang w:val="it-IT"/>
              </w:rPr>
              <w:t xml:space="preserve"> Consapevolezza etica dell'I.A. (impatto occupazionale, privacy, diritto d'autore e trasparenza)</w:t>
            </w:r>
          </w:p>
        </w:tc>
      </w:tr>
    </w:tbl>
    <w:p w14:paraId="5DDE62AB" w14:textId="77777777" w:rsidR="009F0989" w:rsidRPr="00BB0978" w:rsidRDefault="009F0989">
      <w:pPr>
        <w:spacing w:after="80"/>
        <w:rPr>
          <w:lang w:val="it-IT"/>
        </w:rPr>
      </w:pPr>
    </w:p>
    <w:p w14:paraId="377C351E" w14:textId="77777777" w:rsidR="009F0989" w:rsidRPr="00BB0978" w:rsidRDefault="00000000">
      <w:pPr>
        <w:pStyle w:val="Titolo1"/>
        <w:spacing w:before="280" w:after="120"/>
        <w:rPr>
          <w:lang w:val="it-IT"/>
        </w:rPr>
      </w:pPr>
      <w:r w:rsidRPr="00BB0978">
        <w:rPr>
          <w:color w:val="1F4E78"/>
          <w:lang w:val="it-IT"/>
        </w:rPr>
        <w:t>6. Articolazione della Programmazione in Unità Didattiche di Apprendimento (U.D.A.)</w:t>
      </w:r>
    </w:p>
    <w:p w14:paraId="330E8CC7" w14:textId="77777777" w:rsidR="009F0989" w:rsidRPr="00BB0978" w:rsidRDefault="00000000">
      <w:pPr>
        <w:spacing w:after="120"/>
        <w:rPr>
          <w:lang w:val="it-IT"/>
        </w:rPr>
      </w:pPr>
      <w:r>
        <w:rPr>
          <w:b/>
          <w:color w:val="C00000"/>
          <w:sz w:val="18"/>
        </w:rPr>
        <w:t>📌</w:t>
      </w:r>
      <w:r w:rsidRPr="00BB0978">
        <w:rPr>
          <w:b/>
          <w:color w:val="C00000"/>
          <w:sz w:val="18"/>
          <w:lang w:val="it-IT"/>
        </w:rPr>
        <w:t xml:space="preserve"> NOTA PER IL DOCENTE — SEZIONE A COMPILAZIONE CURRICULARE DI DIPARTIMENTO:</w:t>
      </w:r>
      <w:r w:rsidRPr="00BB0978">
        <w:rPr>
          <w:b/>
          <w:color w:val="C00000"/>
          <w:sz w:val="18"/>
          <w:lang w:val="it-IT"/>
        </w:rPr>
        <w:br/>
      </w:r>
      <w:r w:rsidRPr="00BB0978">
        <w:rPr>
          <w:i/>
          <w:sz w:val="18"/>
          <w:lang w:val="it-IT"/>
        </w:rPr>
        <w:t>In ottemperanza alla normativa dell'Istruzione Professionale (</w:t>
      </w:r>
      <w:proofErr w:type="spellStart"/>
      <w:proofErr w:type="gramStart"/>
      <w:r w:rsidRPr="00BB0978">
        <w:rPr>
          <w:i/>
          <w:sz w:val="18"/>
          <w:lang w:val="it-IT"/>
        </w:rPr>
        <w:t>D.Lgs</w:t>
      </w:r>
      <w:proofErr w:type="gramEnd"/>
      <w:r w:rsidRPr="00BB0978">
        <w:rPr>
          <w:i/>
          <w:sz w:val="18"/>
          <w:lang w:val="it-IT"/>
        </w:rPr>
        <w:t>.</w:t>
      </w:r>
      <w:proofErr w:type="spellEnd"/>
      <w:r w:rsidRPr="00BB0978">
        <w:rPr>
          <w:i/>
          <w:sz w:val="18"/>
          <w:lang w:val="it-IT"/>
        </w:rPr>
        <w:t xml:space="preserve"> 61/2017) e alle delibere del Collegio dei Docenti, ciascun docente inserisce qui le Unità Didattiche di Apprendimento (U.D.A.) della propria disciplina, riprese e concordate nei rispettivi Dipartimenti d'Istituto.</w:t>
      </w:r>
    </w:p>
    <w:p w14:paraId="503B6FB4" w14:textId="77777777" w:rsidR="009F0989" w:rsidRPr="00BB0978" w:rsidRDefault="00000000">
      <w:pPr>
        <w:pStyle w:val="Titolo2"/>
        <w:spacing w:after="80"/>
        <w:rPr>
          <w:lang w:val="it-IT"/>
        </w:rPr>
      </w:pPr>
      <w:r w:rsidRPr="00BB0978">
        <w:rPr>
          <w:color w:val="2E75B6"/>
          <w:sz w:val="24"/>
          <w:lang w:val="it-IT"/>
        </w:rPr>
        <w:t>a) Prospetto Generale delle U.D.A. del Corso (Pianificazione Annuale):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96"/>
        <w:gridCol w:w="3168"/>
        <w:gridCol w:w="2160"/>
        <w:gridCol w:w="1008"/>
        <w:gridCol w:w="2160"/>
      </w:tblGrid>
      <w:tr w:rsidR="009F0989" w14:paraId="757C5837" w14:textId="77777777">
        <w:trPr>
          <w:jc w:val="center"/>
        </w:trPr>
        <w:tc>
          <w:tcPr>
            <w:tcW w:w="1296" w:type="dxa"/>
            <w:shd w:val="clear" w:color="auto" w:fill="1F4E78"/>
          </w:tcPr>
          <w:p w14:paraId="13393C30" w14:textId="77777777" w:rsidR="009F0989" w:rsidRDefault="00000000">
            <w:pPr>
              <w:spacing w:before="80" w:after="80"/>
              <w:jc w:val="center"/>
            </w:pPr>
            <w:r>
              <w:rPr>
                <w:b/>
                <w:color w:val="FFFFFF"/>
                <w:sz w:val="20"/>
              </w:rPr>
              <w:t>U.D.A. N.</w:t>
            </w:r>
          </w:p>
        </w:tc>
        <w:tc>
          <w:tcPr>
            <w:tcW w:w="3168" w:type="dxa"/>
            <w:shd w:val="clear" w:color="auto" w:fill="1F4E78"/>
          </w:tcPr>
          <w:p w14:paraId="15C6B137" w14:textId="77777777" w:rsidR="009F0989" w:rsidRDefault="00000000">
            <w:pPr>
              <w:spacing w:before="80" w:after="80"/>
              <w:jc w:val="center"/>
            </w:pPr>
            <w:r>
              <w:rPr>
                <w:b/>
                <w:color w:val="FFFFFF"/>
                <w:sz w:val="20"/>
              </w:rPr>
              <w:t>TITOLO / NUCLEO TEMATICO</w:t>
            </w:r>
          </w:p>
        </w:tc>
        <w:tc>
          <w:tcPr>
            <w:tcW w:w="2160" w:type="dxa"/>
            <w:shd w:val="clear" w:color="auto" w:fill="1F4E78"/>
          </w:tcPr>
          <w:p w14:paraId="0289522B" w14:textId="77777777" w:rsidR="009F0989" w:rsidRDefault="00000000">
            <w:pPr>
              <w:spacing w:before="80" w:after="80"/>
              <w:jc w:val="center"/>
            </w:pPr>
            <w:r>
              <w:rPr>
                <w:b/>
                <w:color w:val="FFFFFF"/>
                <w:sz w:val="20"/>
              </w:rPr>
              <w:t>DISCIPLINE / CODOCENZA</w:t>
            </w:r>
          </w:p>
        </w:tc>
        <w:tc>
          <w:tcPr>
            <w:tcW w:w="1008" w:type="dxa"/>
            <w:shd w:val="clear" w:color="auto" w:fill="1F4E78"/>
          </w:tcPr>
          <w:p w14:paraId="6921DE29" w14:textId="77777777" w:rsidR="009F0989" w:rsidRDefault="00000000">
            <w:pPr>
              <w:spacing w:before="80" w:after="80"/>
              <w:jc w:val="center"/>
            </w:pPr>
            <w:r>
              <w:rPr>
                <w:b/>
                <w:color w:val="FFFFFF"/>
                <w:sz w:val="20"/>
              </w:rPr>
              <w:t>ORE PREV.</w:t>
            </w:r>
          </w:p>
        </w:tc>
        <w:tc>
          <w:tcPr>
            <w:tcW w:w="2160" w:type="dxa"/>
            <w:shd w:val="clear" w:color="auto" w:fill="1F4E78"/>
          </w:tcPr>
          <w:p w14:paraId="5354C0FC" w14:textId="77777777" w:rsidR="009F0989" w:rsidRDefault="00000000">
            <w:pPr>
              <w:spacing w:before="80" w:after="80"/>
              <w:jc w:val="center"/>
            </w:pPr>
            <w:r>
              <w:rPr>
                <w:b/>
                <w:color w:val="FFFFFF"/>
                <w:sz w:val="20"/>
              </w:rPr>
              <w:t>COMPITO DI REALTÀ / PRODOTTO</w:t>
            </w:r>
          </w:p>
        </w:tc>
      </w:tr>
      <w:tr w:rsidR="009F0989" w14:paraId="7350A39F" w14:textId="77777777">
        <w:trPr>
          <w:jc w:val="center"/>
        </w:trPr>
        <w:tc>
          <w:tcPr>
            <w:tcW w:w="1296" w:type="dxa"/>
          </w:tcPr>
          <w:p w14:paraId="3E511990" w14:textId="77777777" w:rsidR="009F0989" w:rsidRDefault="00000000">
            <w:r>
              <w:rPr>
                <w:b/>
                <w:sz w:val="17"/>
              </w:rPr>
              <w:t>U.D.A. 1</w:t>
            </w:r>
          </w:p>
        </w:tc>
        <w:tc>
          <w:tcPr>
            <w:tcW w:w="3168" w:type="dxa"/>
          </w:tcPr>
          <w:p w14:paraId="484E6C39" w14:textId="77777777" w:rsidR="009F0989" w:rsidRDefault="009F0989"/>
        </w:tc>
        <w:tc>
          <w:tcPr>
            <w:tcW w:w="2160" w:type="dxa"/>
          </w:tcPr>
          <w:p w14:paraId="039AA86B" w14:textId="77777777" w:rsidR="009F0989" w:rsidRDefault="009F0989"/>
        </w:tc>
        <w:tc>
          <w:tcPr>
            <w:tcW w:w="1008" w:type="dxa"/>
          </w:tcPr>
          <w:p w14:paraId="5F3BBEF3" w14:textId="77777777" w:rsidR="009F0989" w:rsidRDefault="009F0989"/>
        </w:tc>
        <w:tc>
          <w:tcPr>
            <w:tcW w:w="2160" w:type="dxa"/>
          </w:tcPr>
          <w:p w14:paraId="12196552" w14:textId="77777777" w:rsidR="009F0989" w:rsidRDefault="009F0989"/>
        </w:tc>
      </w:tr>
      <w:tr w:rsidR="009F0989" w14:paraId="73690727" w14:textId="77777777">
        <w:trPr>
          <w:jc w:val="center"/>
        </w:trPr>
        <w:tc>
          <w:tcPr>
            <w:tcW w:w="1296" w:type="dxa"/>
          </w:tcPr>
          <w:p w14:paraId="77A20ABC" w14:textId="77777777" w:rsidR="009F0989" w:rsidRDefault="00000000">
            <w:r>
              <w:rPr>
                <w:b/>
                <w:sz w:val="17"/>
              </w:rPr>
              <w:t>U.D.A. 2</w:t>
            </w:r>
          </w:p>
        </w:tc>
        <w:tc>
          <w:tcPr>
            <w:tcW w:w="3168" w:type="dxa"/>
          </w:tcPr>
          <w:p w14:paraId="1E82D7CB" w14:textId="77777777" w:rsidR="009F0989" w:rsidRDefault="009F0989"/>
        </w:tc>
        <w:tc>
          <w:tcPr>
            <w:tcW w:w="2160" w:type="dxa"/>
          </w:tcPr>
          <w:p w14:paraId="1C9D4636" w14:textId="77777777" w:rsidR="009F0989" w:rsidRDefault="009F0989"/>
        </w:tc>
        <w:tc>
          <w:tcPr>
            <w:tcW w:w="1008" w:type="dxa"/>
          </w:tcPr>
          <w:p w14:paraId="589B59B0" w14:textId="77777777" w:rsidR="009F0989" w:rsidRDefault="009F0989"/>
        </w:tc>
        <w:tc>
          <w:tcPr>
            <w:tcW w:w="2160" w:type="dxa"/>
          </w:tcPr>
          <w:p w14:paraId="5ACC8722" w14:textId="77777777" w:rsidR="009F0989" w:rsidRDefault="009F0989"/>
        </w:tc>
      </w:tr>
      <w:tr w:rsidR="009F0989" w14:paraId="4DA93DF1" w14:textId="77777777">
        <w:trPr>
          <w:jc w:val="center"/>
        </w:trPr>
        <w:tc>
          <w:tcPr>
            <w:tcW w:w="1296" w:type="dxa"/>
          </w:tcPr>
          <w:p w14:paraId="1F446146" w14:textId="77777777" w:rsidR="009F0989" w:rsidRDefault="00000000">
            <w:r>
              <w:rPr>
                <w:b/>
                <w:sz w:val="17"/>
              </w:rPr>
              <w:t>U.D.A. 3</w:t>
            </w:r>
          </w:p>
        </w:tc>
        <w:tc>
          <w:tcPr>
            <w:tcW w:w="3168" w:type="dxa"/>
          </w:tcPr>
          <w:p w14:paraId="1D5488E2" w14:textId="77777777" w:rsidR="009F0989" w:rsidRDefault="009F0989"/>
        </w:tc>
        <w:tc>
          <w:tcPr>
            <w:tcW w:w="2160" w:type="dxa"/>
          </w:tcPr>
          <w:p w14:paraId="4F140065" w14:textId="77777777" w:rsidR="009F0989" w:rsidRDefault="009F0989"/>
        </w:tc>
        <w:tc>
          <w:tcPr>
            <w:tcW w:w="1008" w:type="dxa"/>
          </w:tcPr>
          <w:p w14:paraId="4D6008AB" w14:textId="77777777" w:rsidR="009F0989" w:rsidRDefault="009F0989"/>
        </w:tc>
        <w:tc>
          <w:tcPr>
            <w:tcW w:w="2160" w:type="dxa"/>
          </w:tcPr>
          <w:p w14:paraId="78396A20" w14:textId="77777777" w:rsidR="009F0989" w:rsidRDefault="009F0989"/>
        </w:tc>
      </w:tr>
      <w:tr w:rsidR="009F0989" w14:paraId="118BA485" w14:textId="77777777">
        <w:trPr>
          <w:jc w:val="center"/>
        </w:trPr>
        <w:tc>
          <w:tcPr>
            <w:tcW w:w="1296" w:type="dxa"/>
          </w:tcPr>
          <w:p w14:paraId="70BA2B2D" w14:textId="77777777" w:rsidR="009F0989" w:rsidRDefault="00000000">
            <w:r>
              <w:rPr>
                <w:b/>
                <w:sz w:val="17"/>
              </w:rPr>
              <w:t>U.D.A. 4</w:t>
            </w:r>
          </w:p>
        </w:tc>
        <w:tc>
          <w:tcPr>
            <w:tcW w:w="3168" w:type="dxa"/>
          </w:tcPr>
          <w:p w14:paraId="31175B61" w14:textId="77777777" w:rsidR="009F0989" w:rsidRDefault="009F0989"/>
        </w:tc>
        <w:tc>
          <w:tcPr>
            <w:tcW w:w="2160" w:type="dxa"/>
          </w:tcPr>
          <w:p w14:paraId="68195FCB" w14:textId="77777777" w:rsidR="009F0989" w:rsidRDefault="009F0989"/>
        </w:tc>
        <w:tc>
          <w:tcPr>
            <w:tcW w:w="1008" w:type="dxa"/>
          </w:tcPr>
          <w:p w14:paraId="307CDA7F" w14:textId="77777777" w:rsidR="009F0989" w:rsidRDefault="009F0989"/>
        </w:tc>
        <w:tc>
          <w:tcPr>
            <w:tcW w:w="2160" w:type="dxa"/>
          </w:tcPr>
          <w:p w14:paraId="40D6F541" w14:textId="77777777" w:rsidR="009F0989" w:rsidRDefault="009F0989"/>
        </w:tc>
      </w:tr>
      <w:tr w:rsidR="009F0989" w:rsidRPr="00B77C1F" w14:paraId="5AA40484" w14:textId="77777777">
        <w:trPr>
          <w:jc w:val="center"/>
        </w:trPr>
        <w:tc>
          <w:tcPr>
            <w:tcW w:w="1296" w:type="dxa"/>
          </w:tcPr>
          <w:p w14:paraId="353336FE" w14:textId="77777777" w:rsidR="009F0989" w:rsidRPr="00BB0978" w:rsidRDefault="00000000">
            <w:pPr>
              <w:rPr>
                <w:lang w:val="it-IT"/>
              </w:rPr>
            </w:pPr>
            <w:r w:rsidRPr="00BB0978">
              <w:rPr>
                <w:b/>
                <w:sz w:val="17"/>
                <w:lang w:val="it-IT"/>
              </w:rPr>
              <w:t>U.D.A. Ed. Civica</w:t>
            </w:r>
          </w:p>
        </w:tc>
        <w:tc>
          <w:tcPr>
            <w:tcW w:w="3168" w:type="dxa"/>
          </w:tcPr>
          <w:p w14:paraId="08D17C5A" w14:textId="77777777" w:rsidR="009F0989" w:rsidRPr="00BB0978" w:rsidRDefault="009F0989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679C4682" w14:textId="77777777" w:rsidR="009F0989" w:rsidRPr="00BB0978" w:rsidRDefault="009F0989">
            <w:pPr>
              <w:rPr>
                <w:lang w:val="it-IT"/>
              </w:rPr>
            </w:pPr>
          </w:p>
        </w:tc>
        <w:tc>
          <w:tcPr>
            <w:tcW w:w="1008" w:type="dxa"/>
          </w:tcPr>
          <w:p w14:paraId="7149E3CE" w14:textId="77777777" w:rsidR="009F0989" w:rsidRPr="00BB0978" w:rsidRDefault="009F0989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3AB55C55" w14:textId="77777777" w:rsidR="009F0989" w:rsidRPr="00BB0978" w:rsidRDefault="009F0989">
            <w:pPr>
              <w:rPr>
                <w:lang w:val="it-IT"/>
              </w:rPr>
            </w:pPr>
          </w:p>
        </w:tc>
      </w:tr>
    </w:tbl>
    <w:p w14:paraId="614E1B69" w14:textId="77777777" w:rsidR="009F0989" w:rsidRPr="00BB0978" w:rsidRDefault="009F0989">
      <w:pPr>
        <w:spacing w:after="80"/>
        <w:rPr>
          <w:lang w:val="it-IT"/>
        </w:rPr>
      </w:pPr>
    </w:p>
    <w:p w14:paraId="0C7E74B9" w14:textId="77777777" w:rsidR="009F0989" w:rsidRPr="00BB0978" w:rsidRDefault="00000000">
      <w:pPr>
        <w:pStyle w:val="Titolo2"/>
        <w:spacing w:after="80"/>
        <w:rPr>
          <w:lang w:val="it-IT"/>
        </w:rPr>
      </w:pPr>
      <w:r w:rsidRPr="00BB0978">
        <w:rPr>
          <w:color w:val="2E75B6"/>
          <w:sz w:val="24"/>
          <w:lang w:val="it-IT"/>
        </w:rPr>
        <w:t>b) Scheda Dettagliata U.D.A. (Da riprendere dai Dipartimenti disciplinari):</w:t>
      </w:r>
    </w:p>
    <w:p w14:paraId="6A508E0F" w14:textId="77777777" w:rsidR="009F0989" w:rsidRPr="00BB0978" w:rsidRDefault="00000000">
      <w:pPr>
        <w:spacing w:before="80" w:after="40"/>
        <w:rPr>
          <w:lang w:val="it-IT"/>
        </w:rPr>
      </w:pPr>
      <w:r w:rsidRPr="00BB0978">
        <w:rPr>
          <w:b/>
          <w:color w:val="1F4E78"/>
          <w:sz w:val="19"/>
          <w:lang w:val="it-IT"/>
        </w:rPr>
        <w:t>U.D.A. N. 1 — Titolo: __________________________________________________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3312"/>
        <w:gridCol w:w="3312"/>
      </w:tblGrid>
      <w:tr w:rsidR="009F0989" w14:paraId="43B364A7" w14:textId="77777777">
        <w:trPr>
          <w:jc w:val="center"/>
        </w:trPr>
        <w:tc>
          <w:tcPr>
            <w:tcW w:w="3168" w:type="dxa"/>
            <w:shd w:val="clear" w:color="auto" w:fill="1F4E78"/>
          </w:tcPr>
          <w:p w14:paraId="2F66BFC6" w14:textId="77777777" w:rsidR="009F0989" w:rsidRDefault="00000000">
            <w:pPr>
              <w:spacing w:before="80" w:after="80"/>
              <w:jc w:val="center"/>
            </w:pPr>
            <w:r>
              <w:rPr>
                <w:b/>
                <w:color w:val="FFFFFF"/>
                <w:sz w:val="20"/>
              </w:rPr>
              <w:t>COMPETENZE MIRATE</w:t>
            </w:r>
          </w:p>
        </w:tc>
        <w:tc>
          <w:tcPr>
            <w:tcW w:w="3312" w:type="dxa"/>
            <w:shd w:val="clear" w:color="auto" w:fill="1F4E78"/>
          </w:tcPr>
          <w:p w14:paraId="13D7DF1B" w14:textId="77777777" w:rsidR="009F0989" w:rsidRDefault="00000000">
            <w:pPr>
              <w:spacing w:before="80" w:after="80"/>
              <w:jc w:val="center"/>
            </w:pPr>
            <w:r>
              <w:rPr>
                <w:b/>
                <w:color w:val="FFFFFF"/>
                <w:sz w:val="20"/>
              </w:rPr>
              <w:t>ABILITÀ / CAPACITÀ</w:t>
            </w:r>
          </w:p>
        </w:tc>
        <w:tc>
          <w:tcPr>
            <w:tcW w:w="3312" w:type="dxa"/>
            <w:shd w:val="clear" w:color="auto" w:fill="1F4E78"/>
          </w:tcPr>
          <w:p w14:paraId="5B96CFEC" w14:textId="77777777" w:rsidR="009F0989" w:rsidRDefault="00000000">
            <w:pPr>
              <w:spacing w:before="80" w:after="80"/>
              <w:jc w:val="center"/>
            </w:pPr>
            <w:r>
              <w:rPr>
                <w:b/>
                <w:color w:val="FFFFFF"/>
                <w:sz w:val="20"/>
              </w:rPr>
              <w:t>CONOSCENZE / CONTENUTI</w:t>
            </w:r>
          </w:p>
        </w:tc>
      </w:tr>
      <w:tr w:rsidR="009F0989" w14:paraId="6DECFF8E" w14:textId="77777777">
        <w:trPr>
          <w:jc w:val="center"/>
        </w:trPr>
        <w:tc>
          <w:tcPr>
            <w:tcW w:w="3168" w:type="dxa"/>
          </w:tcPr>
          <w:p w14:paraId="5429454A" w14:textId="77777777" w:rsidR="009F0989" w:rsidRDefault="009F0989"/>
        </w:tc>
        <w:tc>
          <w:tcPr>
            <w:tcW w:w="3312" w:type="dxa"/>
          </w:tcPr>
          <w:p w14:paraId="4E5413EE" w14:textId="77777777" w:rsidR="009F0989" w:rsidRDefault="009F0989"/>
        </w:tc>
        <w:tc>
          <w:tcPr>
            <w:tcW w:w="3312" w:type="dxa"/>
          </w:tcPr>
          <w:p w14:paraId="0A8D6875" w14:textId="77777777" w:rsidR="009F0989" w:rsidRDefault="009F0989"/>
        </w:tc>
      </w:tr>
    </w:tbl>
    <w:p w14:paraId="3814ED7D" w14:textId="77777777" w:rsidR="009F0989" w:rsidRPr="00BB0978" w:rsidRDefault="00000000">
      <w:pPr>
        <w:spacing w:before="80" w:after="40"/>
        <w:rPr>
          <w:lang w:val="it-IT"/>
        </w:rPr>
      </w:pPr>
      <w:r w:rsidRPr="00BB0978">
        <w:rPr>
          <w:b/>
          <w:color w:val="1F4E78"/>
          <w:sz w:val="19"/>
          <w:lang w:val="it-IT"/>
        </w:rPr>
        <w:t>U.D.A. N. 2 — Titolo: __________________________________________________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3312"/>
        <w:gridCol w:w="3312"/>
      </w:tblGrid>
      <w:tr w:rsidR="009F0989" w14:paraId="7409DD2C" w14:textId="77777777">
        <w:trPr>
          <w:jc w:val="center"/>
        </w:trPr>
        <w:tc>
          <w:tcPr>
            <w:tcW w:w="3168" w:type="dxa"/>
            <w:shd w:val="clear" w:color="auto" w:fill="1F4E78"/>
          </w:tcPr>
          <w:p w14:paraId="15E7947A" w14:textId="77777777" w:rsidR="009F0989" w:rsidRDefault="00000000">
            <w:pPr>
              <w:spacing w:before="80" w:after="80"/>
              <w:jc w:val="center"/>
            </w:pPr>
            <w:r>
              <w:rPr>
                <w:b/>
                <w:color w:val="FFFFFF"/>
                <w:sz w:val="20"/>
              </w:rPr>
              <w:t>COMPETENZE MIRATE</w:t>
            </w:r>
          </w:p>
        </w:tc>
        <w:tc>
          <w:tcPr>
            <w:tcW w:w="3312" w:type="dxa"/>
            <w:shd w:val="clear" w:color="auto" w:fill="1F4E78"/>
          </w:tcPr>
          <w:p w14:paraId="7037CB68" w14:textId="77777777" w:rsidR="009F0989" w:rsidRDefault="00000000">
            <w:pPr>
              <w:spacing w:before="80" w:after="80"/>
              <w:jc w:val="center"/>
            </w:pPr>
            <w:r>
              <w:rPr>
                <w:b/>
                <w:color w:val="FFFFFF"/>
                <w:sz w:val="20"/>
              </w:rPr>
              <w:t>ABILITÀ / CAPACITÀ</w:t>
            </w:r>
          </w:p>
        </w:tc>
        <w:tc>
          <w:tcPr>
            <w:tcW w:w="3312" w:type="dxa"/>
            <w:shd w:val="clear" w:color="auto" w:fill="1F4E78"/>
          </w:tcPr>
          <w:p w14:paraId="278352BD" w14:textId="77777777" w:rsidR="009F0989" w:rsidRDefault="00000000">
            <w:pPr>
              <w:spacing w:before="80" w:after="80"/>
              <w:jc w:val="center"/>
            </w:pPr>
            <w:r>
              <w:rPr>
                <w:b/>
                <w:color w:val="FFFFFF"/>
                <w:sz w:val="20"/>
              </w:rPr>
              <w:t>CONOSCENZE / CONTENUTI</w:t>
            </w:r>
          </w:p>
        </w:tc>
      </w:tr>
      <w:tr w:rsidR="009F0989" w14:paraId="2E47B27B" w14:textId="77777777">
        <w:trPr>
          <w:jc w:val="center"/>
        </w:trPr>
        <w:tc>
          <w:tcPr>
            <w:tcW w:w="3168" w:type="dxa"/>
          </w:tcPr>
          <w:p w14:paraId="3976C9E2" w14:textId="77777777" w:rsidR="009F0989" w:rsidRDefault="009F0989"/>
        </w:tc>
        <w:tc>
          <w:tcPr>
            <w:tcW w:w="3312" w:type="dxa"/>
          </w:tcPr>
          <w:p w14:paraId="1D2BC855" w14:textId="77777777" w:rsidR="009F0989" w:rsidRDefault="009F0989"/>
        </w:tc>
        <w:tc>
          <w:tcPr>
            <w:tcW w:w="3312" w:type="dxa"/>
          </w:tcPr>
          <w:p w14:paraId="33B12791" w14:textId="77777777" w:rsidR="009F0989" w:rsidRDefault="009F0989"/>
        </w:tc>
      </w:tr>
    </w:tbl>
    <w:p w14:paraId="0F96D322" w14:textId="77777777" w:rsidR="009F0989" w:rsidRPr="00BB0978" w:rsidRDefault="00000000">
      <w:pPr>
        <w:spacing w:before="80" w:after="40"/>
        <w:rPr>
          <w:lang w:val="it-IT"/>
        </w:rPr>
      </w:pPr>
      <w:r w:rsidRPr="00BB0978">
        <w:rPr>
          <w:b/>
          <w:color w:val="1F4E78"/>
          <w:sz w:val="19"/>
          <w:lang w:val="it-IT"/>
        </w:rPr>
        <w:t>U.D.A. N. 3 — Titolo: __________________________________________________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3312"/>
        <w:gridCol w:w="3312"/>
      </w:tblGrid>
      <w:tr w:rsidR="009F0989" w14:paraId="60A3B87C" w14:textId="77777777">
        <w:trPr>
          <w:jc w:val="center"/>
        </w:trPr>
        <w:tc>
          <w:tcPr>
            <w:tcW w:w="3168" w:type="dxa"/>
            <w:shd w:val="clear" w:color="auto" w:fill="1F4E78"/>
          </w:tcPr>
          <w:p w14:paraId="282E668A" w14:textId="77777777" w:rsidR="009F0989" w:rsidRDefault="00000000">
            <w:pPr>
              <w:spacing w:before="80" w:after="80"/>
              <w:jc w:val="center"/>
            </w:pPr>
            <w:r>
              <w:rPr>
                <w:b/>
                <w:color w:val="FFFFFF"/>
                <w:sz w:val="20"/>
              </w:rPr>
              <w:t>COMPETENZE MIRATE</w:t>
            </w:r>
          </w:p>
        </w:tc>
        <w:tc>
          <w:tcPr>
            <w:tcW w:w="3312" w:type="dxa"/>
            <w:shd w:val="clear" w:color="auto" w:fill="1F4E78"/>
          </w:tcPr>
          <w:p w14:paraId="172095E6" w14:textId="77777777" w:rsidR="009F0989" w:rsidRDefault="00000000">
            <w:pPr>
              <w:spacing w:before="80" w:after="80"/>
              <w:jc w:val="center"/>
            </w:pPr>
            <w:r>
              <w:rPr>
                <w:b/>
                <w:color w:val="FFFFFF"/>
                <w:sz w:val="20"/>
              </w:rPr>
              <w:t>ABILITÀ / CAPACITÀ</w:t>
            </w:r>
          </w:p>
        </w:tc>
        <w:tc>
          <w:tcPr>
            <w:tcW w:w="3312" w:type="dxa"/>
            <w:shd w:val="clear" w:color="auto" w:fill="1F4E78"/>
          </w:tcPr>
          <w:p w14:paraId="58236342" w14:textId="77777777" w:rsidR="009F0989" w:rsidRDefault="00000000">
            <w:pPr>
              <w:spacing w:before="80" w:after="80"/>
              <w:jc w:val="center"/>
            </w:pPr>
            <w:r>
              <w:rPr>
                <w:b/>
                <w:color w:val="FFFFFF"/>
                <w:sz w:val="20"/>
              </w:rPr>
              <w:t>CONOSCENZE / CONTENUTI</w:t>
            </w:r>
          </w:p>
        </w:tc>
      </w:tr>
      <w:tr w:rsidR="009F0989" w14:paraId="43243D68" w14:textId="77777777">
        <w:trPr>
          <w:jc w:val="center"/>
        </w:trPr>
        <w:tc>
          <w:tcPr>
            <w:tcW w:w="3168" w:type="dxa"/>
          </w:tcPr>
          <w:p w14:paraId="03E96144" w14:textId="77777777" w:rsidR="009F0989" w:rsidRDefault="009F0989"/>
        </w:tc>
        <w:tc>
          <w:tcPr>
            <w:tcW w:w="3312" w:type="dxa"/>
          </w:tcPr>
          <w:p w14:paraId="2B45169E" w14:textId="77777777" w:rsidR="009F0989" w:rsidRDefault="009F0989"/>
        </w:tc>
        <w:tc>
          <w:tcPr>
            <w:tcW w:w="3312" w:type="dxa"/>
          </w:tcPr>
          <w:p w14:paraId="1481659F" w14:textId="77777777" w:rsidR="009F0989" w:rsidRDefault="009F0989"/>
        </w:tc>
      </w:tr>
    </w:tbl>
    <w:p w14:paraId="6054A4E8" w14:textId="77777777" w:rsidR="009F0989" w:rsidRDefault="009F0989">
      <w:pPr>
        <w:spacing w:after="80"/>
      </w:pPr>
    </w:p>
    <w:p w14:paraId="2A47483A" w14:textId="072961DC" w:rsidR="009F0989" w:rsidRPr="00BB0978" w:rsidRDefault="00000000">
      <w:pPr>
        <w:pStyle w:val="Titolo1"/>
        <w:spacing w:before="280" w:after="120"/>
        <w:rPr>
          <w:lang w:val="it-IT"/>
        </w:rPr>
      </w:pPr>
      <w:r w:rsidRPr="00BB0978">
        <w:rPr>
          <w:color w:val="1F4E78"/>
          <w:lang w:val="it-IT"/>
        </w:rPr>
        <w:t xml:space="preserve">7. Insegnamento Trasversale dell'Educazione Civica </w:t>
      </w:r>
    </w:p>
    <w:p w14:paraId="0BAA9AC9" w14:textId="77777777" w:rsidR="009F0989" w:rsidRPr="00BB0978" w:rsidRDefault="00000000">
      <w:pPr>
        <w:spacing w:after="80"/>
        <w:rPr>
          <w:lang w:val="it-IT"/>
        </w:rPr>
      </w:pPr>
      <w:r w:rsidRPr="00BB0978">
        <w:rPr>
          <w:sz w:val="19"/>
          <w:lang w:val="it-IT"/>
        </w:rPr>
        <w:t>Programmazione dei moduli trasversali di Educazione Civica (33 ore annue complessive) nei 3 nuclei concettuali: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4464"/>
        <w:gridCol w:w="2160"/>
      </w:tblGrid>
      <w:tr w:rsidR="009F0989" w14:paraId="27FD391B" w14:textId="77777777">
        <w:trPr>
          <w:jc w:val="center"/>
        </w:trPr>
        <w:tc>
          <w:tcPr>
            <w:tcW w:w="3168" w:type="dxa"/>
            <w:shd w:val="clear" w:color="auto" w:fill="1F4E78"/>
          </w:tcPr>
          <w:p w14:paraId="2B00CFF6" w14:textId="77777777" w:rsidR="009F0989" w:rsidRDefault="00000000">
            <w:pPr>
              <w:spacing w:before="80" w:after="80"/>
              <w:jc w:val="center"/>
            </w:pPr>
            <w:r>
              <w:rPr>
                <w:b/>
                <w:color w:val="FFFFFF"/>
                <w:sz w:val="20"/>
              </w:rPr>
              <w:t>NUCLEO CONCETTUALE</w:t>
            </w:r>
          </w:p>
        </w:tc>
        <w:tc>
          <w:tcPr>
            <w:tcW w:w="4464" w:type="dxa"/>
            <w:shd w:val="clear" w:color="auto" w:fill="1F4E78"/>
          </w:tcPr>
          <w:p w14:paraId="5936DA05" w14:textId="77777777" w:rsidR="009F0989" w:rsidRPr="00BB0978" w:rsidRDefault="00000000">
            <w:pPr>
              <w:spacing w:before="80" w:after="80"/>
              <w:jc w:val="center"/>
              <w:rPr>
                <w:lang w:val="it-IT"/>
              </w:rPr>
            </w:pPr>
            <w:r w:rsidRPr="00BB0978">
              <w:rPr>
                <w:b/>
                <w:color w:val="FFFFFF"/>
                <w:sz w:val="20"/>
                <w:lang w:val="it-IT"/>
              </w:rPr>
              <w:t>MODULO / CONTENUTI DISCIPLINARI E IA</w:t>
            </w:r>
          </w:p>
        </w:tc>
        <w:tc>
          <w:tcPr>
            <w:tcW w:w="2160" w:type="dxa"/>
            <w:shd w:val="clear" w:color="auto" w:fill="1F4E78"/>
          </w:tcPr>
          <w:p w14:paraId="2856E0DD" w14:textId="77777777" w:rsidR="009F0989" w:rsidRDefault="00000000">
            <w:pPr>
              <w:spacing w:before="80" w:after="80"/>
              <w:jc w:val="center"/>
            </w:pPr>
            <w:r>
              <w:rPr>
                <w:b/>
                <w:color w:val="FFFFFF"/>
                <w:sz w:val="20"/>
              </w:rPr>
              <w:t>COMPITO DI REALTÀ / ORE</w:t>
            </w:r>
          </w:p>
        </w:tc>
      </w:tr>
      <w:tr w:rsidR="009F0989" w:rsidRPr="00BB0978" w14:paraId="1081D610" w14:textId="77777777">
        <w:trPr>
          <w:jc w:val="center"/>
        </w:trPr>
        <w:tc>
          <w:tcPr>
            <w:tcW w:w="3168" w:type="dxa"/>
          </w:tcPr>
          <w:p w14:paraId="38848AD7" w14:textId="77777777" w:rsidR="009F0989" w:rsidRPr="00BB0978" w:rsidRDefault="00000000">
            <w:pPr>
              <w:rPr>
                <w:lang w:val="it-IT"/>
              </w:rPr>
            </w:pPr>
            <w:proofErr w:type="gramStart"/>
            <w:r w:rsidRPr="00BB0978">
              <w:rPr>
                <w:b/>
                <w:sz w:val="18"/>
                <w:lang w:val="it-IT"/>
              </w:rPr>
              <w:t>[  ]</w:t>
            </w:r>
            <w:proofErr w:type="gramEnd"/>
            <w:r w:rsidRPr="00BB0978">
              <w:rPr>
                <w:b/>
                <w:sz w:val="18"/>
                <w:lang w:val="it-IT"/>
              </w:rPr>
              <w:t xml:space="preserve"> Costituzione, Diritto e Sicurezza sul Lavoro</w:t>
            </w:r>
          </w:p>
        </w:tc>
        <w:tc>
          <w:tcPr>
            <w:tcW w:w="4464" w:type="dxa"/>
          </w:tcPr>
          <w:p w14:paraId="4FCF1F43" w14:textId="7E7B03F5" w:rsidR="009F0989" w:rsidRPr="00BB0978" w:rsidRDefault="009F0989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57EF4047" w14:textId="29B04313" w:rsidR="009F0989" w:rsidRPr="00BB0978" w:rsidRDefault="00000000">
            <w:pPr>
              <w:rPr>
                <w:lang w:val="it-IT"/>
              </w:rPr>
            </w:pPr>
            <w:r w:rsidRPr="00BB0978">
              <w:rPr>
                <w:sz w:val="18"/>
                <w:lang w:val="it-IT"/>
              </w:rPr>
              <w:br/>
              <w:t>(Ore previste: ___ h)</w:t>
            </w:r>
          </w:p>
        </w:tc>
      </w:tr>
      <w:tr w:rsidR="009F0989" w:rsidRPr="00BB0978" w14:paraId="739E903F" w14:textId="77777777">
        <w:trPr>
          <w:jc w:val="center"/>
        </w:trPr>
        <w:tc>
          <w:tcPr>
            <w:tcW w:w="3168" w:type="dxa"/>
          </w:tcPr>
          <w:p w14:paraId="5FFDD75D" w14:textId="77777777" w:rsidR="009F0989" w:rsidRPr="00BB0978" w:rsidRDefault="00000000">
            <w:pPr>
              <w:rPr>
                <w:lang w:val="it-IT"/>
              </w:rPr>
            </w:pPr>
            <w:proofErr w:type="gramStart"/>
            <w:r w:rsidRPr="00BB0978">
              <w:rPr>
                <w:b/>
                <w:sz w:val="18"/>
                <w:lang w:val="it-IT"/>
              </w:rPr>
              <w:lastRenderedPageBreak/>
              <w:t>[  ]</w:t>
            </w:r>
            <w:proofErr w:type="gramEnd"/>
            <w:r w:rsidRPr="00BB0978">
              <w:rPr>
                <w:b/>
                <w:sz w:val="18"/>
                <w:lang w:val="it-IT"/>
              </w:rPr>
              <w:t xml:space="preserve"> Sostenibilità Ambientale ed Economia Circolare</w:t>
            </w:r>
          </w:p>
        </w:tc>
        <w:tc>
          <w:tcPr>
            <w:tcW w:w="4464" w:type="dxa"/>
          </w:tcPr>
          <w:p w14:paraId="283BE36D" w14:textId="5053C3CA" w:rsidR="009F0989" w:rsidRPr="00BB0978" w:rsidRDefault="009F0989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1C90A1DE" w14:textId="6E623226" w:rsidR="009F0989" w:rsidRPr="00BB0978" w:rsidRDefault="00000000">
            <w:pPr>
              <w:rPr>
                <w:lang w:val="it-IT"/>
              </w:rPr>
            </w:pPr>
            <w:r w:rsidRPr="00BB0978">
              <w:rPr>
                <w:sz w:val="18"/>
                <w:lang w:val="it-IT"/>
              </w:rPr>
              <w:br/>
              <w:t>(Ore previste: ___ h)</w:t>
            </w:r>
          </w:p>
        </w:tc>
      </w:tr>
      <w:tr w:rsidR="009F0989" w:rsidRPr="00BB0978" w14:paraId="59425966" w14:textId="77777777">
        <w:trPr>
          <w:jc w:val="center"/>
        </w:trPr>
        <w:tc>
          <w:tcPr>
            <w:tcW w:w="3168" w:type="dxa"/>
          </w:tcPr>
          <w:p w14:paraId="2510AF7C" w14:textId="323AED5C" w:rsidR="009F0989" w:rsidRDefault="00000000">
            <w:proofErr w:type="gramStart"/>
            <w:r>
              <w:rPr>
                <w:b/>
                <w:sz w:val="18"/>
              </w:rPr>
              <w:t>[  ]</w:t>
            </w:r>
            <w:proofErr w:type="gram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Cittadinanza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Digitale</w:t>
            </w:r>
            <w:proofErr w:type="spellEnd"/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4464" w:type="dxa"/>
          </w:tcPr>
          <w:p w14:paraId="0C28DF6C" w14:textId="388B0AE7" w:rsidR="009F0989" w:rsidRPr="00BB0978" w:rsidRDefault="009F0989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170FEEA1" w14:textId="71E28454" w:rsidR="009F0989" w:rsidRPr="00BB0978" w:rsidRDefault="00000000">
            <w:pPr>
              <w:rPr>
                <w:lang w:val="it-IT"/>
              </w:rPr>
            </w:pPr>
            <w:r w:rsidRPr="00BB0978">
              <w:rPr>
                <w:sz w:val="18"/>
                <w:lang w:val="it-IT"/>
              </w:rPr>
              <w:br/>
              <w:t>(Ore previste: ___ h)</w:t>
            </w:r>
          </w:p>
        </w:tc>
      </w:tr>
    </w:tbl>
    <w:p w14:paraId="616C7FC2" w14:textId="77777777" w:rsidR="009F0989" w:rsidRPr="00BB0978" w:rsidRDefault="009F0989">
      <w:pPr>
        <w:spacing w:after="80"/>
        <w:rPr>
          <w:lang w:val="it-IT"/>
        </w:rPr>
      </w:pPr>
    </w:p>
    <w:p w14:paraId="1A6E3049" w14:textId="19B0BDFD" w:rsidR="009F0989" w:rsidRPr="00BB0978" w:rsidRDefault="00000000">
      <w:pPr>
        <w:pStyle w:val="Titolo1"/>
        <w:spacing w:before="280" w:after="120"/>
        <w:rPr>
          <w:lang w:val="it-IT"/>
        </w:rPr>
      </w:pPr>
      <w:r w:rsidRPr="00BB0978">
        <w:rPr>
          <w:color w:val="1F4E78"/>
          <w:lang w:val="it-IT"/>
        </w:rPr>
        <w:t xml:space="preserve">8. Orientamento (D.M. 328/2022) 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12"/>
        <w:gridCol w:w="6480"/>
      </w:tblGrid>
      <w:tr w:rsidR="009F0989" w:rsidRPr="00B77C1F" w14:paraId="6D37A966" w14:textId="77777777">
        <w:trPr>
          <w:jc w:val="center"/>
        </w:trPr>
        <w:tc>
          <w:tcPr>
            <w:tcW w:w="3312" w:type="dxa"/>
            <w:shd w:val="clear" w:color="auto" w:fill="1F4E78"/>
          </w:tcPr>
          <w:p w14:paraId="103F2F33" w14:textId="77777777" w:rsidR="009F0989" w:rsidRDefault="00000000">
            <w:pPr>
              <w:spacing w:before="80" w:after="80"/>
              <w:jc w:val="center"/>
            </w:pPr>
            <w:r>
              <w:rPr>
                <w:b/>
                <w:color w:val="FFFFFF"/>
                <w:sz w:val="20"/>
              </w:rPr>
              <w:t>AMBITO FORMATIVO</w:t>
            </w:r>
          </w:p>
        </w:tc>
        <w:tc>
          <w:tcPr>
            <w:tcW w:w="6480" w:type="dxa"/>
            <w:shd w:val="clear" w:color="auto" w:fill="1F4E78"/>
          </w:tcPr>
          <w:p w14:paraId="6302605D" w14:textId="77777777" w:rsidR="009F0989" w:rsidRPr="00BB0978" w:rsidRDefault="00000000">
            <w:pPr>
              <w:spacing w:before="80" w:after="80"/>
              <w:jc w:val="center"/>
              <w:rPr>
                <w:lang w:val="it-IT"/>
              </w:rPr>
            </w:pPr>
            <w:r w:rsidRPr="00BB0978">
              <w:rPr>
                <w:b/>
                <w:color w:val="FFFFFF"/>
                <w:sz w:val="20"/>
                <w:lang w:val="it-IT"/>
              </w:rPr>
              <w:t>ATTIVITÀ E STRATEGIE ORIENTATIVE PREVISTE</w:t>
            </w:r>
          </w:p>
        </w:tc>
      </w:tr>
      <w:tr w:rsidR="009F0989" w:rsidRPr="00B77C1F" w14:paraId="39C67AFD" w14:textId="77777777">
        <w:trPr>
          <w:jc w:val="center"/>
        </w:trPr>
        <w:tc>
          <w:tcPr>
            <w:tcW w:w="3312" w:type="dxa"/>
          </w:tcPr>
          <w:p w14:paraId="0B6A9130" w14:textId="77777777" w:rsidR="009F0989" w:rsidRDefault="00000000">
            <w:r>
              <w:rPr>
                <w:b/>
                <w:sz w:val="18"/>
              </w:rPr>
              <w:t xml:space="preserve">Modulo </w:t>
            </w:r>
            <w:proofErr w:type="spellStart"/>
            <w:r>
              <w:rPr>
                <w:b/>
                <w:sz w:val="18"/>
              </w:rPr>
              <w:t>Orientamento</w:t>
            </w:r>
            <w:proofErr w:type="spellEnd"/>
            <w:r>
              <w:rPr>
                <w:b/>
                <w:sz w:val="18"/>
              </w:rPr>
              <w:t xml:space="preserve"> (30 Ore)</w:t>
            </w:r>
          </w:p>
        </w:tc>
        <w:tc>
          <w:tcPr>
            <w:tcW w:w="6480" w:type="dxa"/>
          </w:tcPr>
          <w:p w14:paraId="12509DE8" w14:textId="77777777" w:rsidR="009F0989" w:rsidRPr="00BB0978" w:rsidRDefault="00000000">
            <w:pPr>
              <w:rPr>
                <w:lang w:val="it-IT"/>
              </w:rPr>
            </w:pPr>
            <w:r w:rsidRPr="00BB0978">
              <w:rPr>
                <w:sz w:val="18"/>
                <w:lang w:val="it-IT"/>
              </w:rPr>
              <w:t>In attuazione delle Linee Guida per l'Orientamento (D.M. 328/2022), si svolgeranno 30 ore di attività orientative volte a:</w:t>
            </w:r>
            <w:r w:rsidRPr="00BB0978">
              <w:rPr>
                <w:sz w:val="18"/>
                <w:lang w:val="it-IT"/>
              </w:rPr>
              <w:br/>
              <w:t>• Promuovere l'autovalutazione delle attitudini pratiche e delle competenze professionali.</w:t>
            </w:r>
            <w:r w:rsidRPr="00BB0978">
              <w:rPr>
                <w:sz w:val="18"/>
                <w:lang w:val="it-IT"/>
              </w:rPr>
              <w:br/>
              <w:t xml:space="preserve">• Consolidare il bilancio di competenze ed il Portfolio personale dello studente (E-Portfolio </w:t>
            </w:r>
            <w:proofErr w:type="spellStart"/>
            <w:r w:rsidRPr="00BB0978">
              <w:rPr>
                <w:sz w:val="18"/>
                <w:lang w:val="it-IT"/>
              </w:rPr>
              <w:t>Capaster</w:t>
            </w:r>
            <w:proofErr w:type="spellEnd"/>
            <w:r w:rsidRPr="00BB0978">
              <w:rPr>
                <w:sz w:val="18"/>
                <w:lang w:val="it-IT"/>
              </w:rPr>
              <w:t>).</w:t>
            </w:r>
            <w:r w:rsidRPr="00BB0978">
              <w:rPr>
                <w:sz w:val="18"/>
                <w:lang w:val="it-IT"/>
              </w:rPr>
              <w:br/>
              <w:t>• Favorire la conoscenza dell'offerta formativa terziaria (ITS Academy) e degli sbocchi occupazionali del territorio.</w:t>
            </w:r>
          </w:p>
        </w:tc>
      </w:tr>
      <w:tr w:rsidR="009F0989" w:rsidRPr="00B77C1F" w14:paraId="45972FC7" w14:textId="77777777">
        <w:trPr>
          <w:jc w:val="center"/>
        </w:trPr>
        <w:tc>
          <w:tcPr>
            <w:tcW w:w="3312" w:type="dxa"/>
          </w:tcPr>
          <w:p w14:paraId="0E690E1C" w14:textId="138250BE" w:rsidR="009F0989" w:rsidRDefault="00BB0978">
            <w:r>
              <w:rPr>
                <w:b/>
                <w:sz w:val="18"/>
              </w:rPr>
              <w:t xml:space="preserve">FSL / Stage / </w:t>
            </w:r>
            <w:proofErr w:type="spellStart"/>
            <w:r>
              <w:rPr>
                <w:b/>
                <w:sz w:val="18"/>
              </w:rPr>
              <w:t>Filiera</w:t>
            </w:r>
            <w:proofErr w:type="spellEnd"/>
            <w:r>
              <w:rPr>
                <w:b/>
                <w:sz w:val="18"/>
              </w:rPr>
              <w:t xml:space="preserve"> 4+2</w:t>
            </w:r>
          </w:p>
        </w:tc>
        <w:tc>
          <w:tcPr>
            <w:tcW w:w="6480" w:type="dxa"/>
          </w:tcPr>
          <w:p w14:paraId="6F4F059C" w14:textId="77777777" w:rsidR="009F0989" w:rsidRPr="00BB0978" w:rsidRDefault="00000000">
            <w:pPr>
              <w:rPr>
                <w:lang w:val="it-IT"/>
              </w:rPr>
            </w:pPr>
            <w:r w:rsidRPr="00BB0978">
              <w:rPr>
                <w:sz w:val="18"/>
                <w:lang w:val="it-IT"/>
              </w:rPr>
              <w:t>• Esperienze di Percorsi per le Competenze Trasversali e l'Orientamento (PCTO) in strutture convenzionate (aziende alberghiere, agriturismi, studi commerciali, enti territoriali).</w:t>
            </w:r>
            <w:r w:rsidRPr="00BB0978">
              <w:rPr>
                <w:sz w:val="18"/>
                <w:lang w:val="it-IT"/>
              </w:rPr>
              <w:br/>
              <w:t>• Raccordo con i corsi della Filiera Tecnologico-Professionale 4+2 per la prosecuzione negli ITS Academy d'indirizzo.</w:t>
            </w:r>
          </w:p>
        </w:tc>
      </w:tr>
    </w:tbl>
    <w:p w14:paraId="5410B3BE" w14:textId="77777777" w:rsidR="009F0989" w:rsidRPr="00BB0978" w:rsidRDefault="009F0989">
      <w:pPr>
        <w:spacing w:after="80"/>
        <w:rPr>
          <w:lang w:val="it-IT"/>
        </w:rPr>
      </w:pPr>
    </w:p>
    <w:p w14:paraId="1FCC60AF" w14:textId="77777777" w:rsidR="009F0989" w:rsidRDefault="00000000">
      <w:pPr>
        <w:pStyle w:val="Titolo1"/>
        <w:spacing w:before="280" w:after="120"/>
      </w:pPr>
      <w:r>
        <w:rPr>
          <w:color w:val="1F4E78"/>
        </w:rPr>
        <w:t>9. Metodologie, Strategie Didattiche e Strumenti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12"/>
        <w:gridCol w:w="6480"/>
      </w:tblGrid>
      <w:tr w:rsidR="009F0989" w:rsidRPr="00B77C1F" w14:paraId="34A7275F" w14:textId="77777777">
        <w:trPr>
          <w:jc w:val="center"/>
        </w:trPr>
        <w:tc>
          <w:tcPr>
            <w:tcW w:w="3312" w:type="dxa"/>
            <w:shd w:val="clear" w:color="auto" w:fill="1F4E78"/>
          </w:tcPr>
          <w:p w14:paraId="7EA5D92F" w14:textId="77777777" w:rsidR="009F0989" w:rsidRDefault="00000000">
            <w:pPr>
              <w:spacing w:before="80" w:after="80"/>
              <w:jc w:val="center"/>
            </w:pPr>
            <w:r>
              <w:rPr>
                <w:b/>
                <w:color w:val="FFFFFF"/>
                <w:sz w:val="20"/>
              </w:rPr>
              <w:t>AMBITO DIDATTICO</w:t>
            </w:r>
          </w:p>
        </w:tc>
        <w:tc>
          <w:tcPr>
            <w:tcW w:w="6480" w:type="dxa"/>
            <w:shd w:val="clear" w:color="auto" w:fill="1F4E78"/>
          </w:tcPr>
          <w:p w14:paraId="3B89E872" w14:textId="77777777" w:rsidR="009F0989" w:rsidRPr="00BB0978" w:rsidRDefault="00000000">
            <w:pPr>
              <w:spacing w:before="80" w:after="80"/>
              <w:jc w:val="center"/>
              <w:rPr>
                <w:lang w:val="it-IT"/>
              </w:rPr>
            </w:pPr>
            <w:r w:rsidRPr="00BB0978">
              <w:rPr>
                <w:b/>
                <w:color w:val="FFFFFF"/>
                <w:sz w:val="20"/>
                <w:lang w:val="it-IT"/>
              </w:rPr>
              <w:t xml:space="preserve">OPZIONI A SELEZIONE RAPIDA CON SPUNTA </w:t>
            </w:r>
            <w:proofErr w:type="gramStart"/>
            <w:r w:rsidRPr="00BB0978">
              <w:rPr>
                <w:b/>
                <w:color w:val="FFFFFF"/>
                <w:sz w:val="20"/>
                <w:lang w:val="it-IT"/>
              </w:rPr>
              <w:t>[  ]</w:t>
            </w:r>
            <w:proofErr w:type="gramEnd"/>
          </w:p>
        </w:tc>
      </w:tr>
      <w:tr w:rsidR="009F0989" w:rsidRPr="00B77C1F" w14:paraId="5BFCACE2" w14:textId="77777777">
        <w:trPr>
          <w:jc w:val="center"/>
        </w:trPr>
        <w:tc>
          <w:tcPr>
            <w:tcW w:w="3312" w:type="dxa"/>
          </w:tcPr>
          <w:p w14:paraId="0B9E25B5" w14:textId="77777777" w:rsidR="009F0989" w:rsidRDefault="00000000">
            <w:r>
              <w:rPr>
                <w:b/>
                <w:sz w:val="18"/>
              </w:rPr>
              <w:t>STRATEGIE METODOLOGICHE &amp; IA</w:t>
            </w:r>
          </w:p>
        </w:tc>
        <w:tc>
          <w:tcPr>
            <w:tcW w:w="6480" w:type="dxa"/>
          </w:tcPr>
          <w:p w14:paraId="4D193B17" w14:textId="77777777" w:rsidR="009F0989" w:rsidRPr="00BB0978" w:rsidRDefault="00000000">
            <w:pPr>
              <w:rPr>
                <w:lang w:val="it-IT"/>
              </w:rPr>
            </w:pPr>
            <w:proofErr w:type="gramStart"/>
            <w:r>
              <w:rPr>
                <w:sz w:val="17"/>
              </w:rPr>
              <w:t>[  ]</w:t>
            </w:r>
            <w:proofErr w:type="gramEnd"/>
            <w:r>
              <w:rPr>
                <w:sz w:val="17"/>
              </w:rPr>
              <w:t xml:space="preserve"> Lezione Frontale / Partecipata     </w:t>
            </w:r>
            <w:proofErr w:type="gramStart"/>
            <w:r>
              <w:rPr>
                <w:sz w:val="17"/>
              </w:rPr>
              <w:t xml:space="preserve">   [  ]</w:t>
            </w:r>
            <w:proofErr w:type="gramEnd"/>
            <w:r>
              <w:rPr>
                <w:sz w:val="17"/>
              </w:rPr>
              <w:t xml:space="preserve"> Laboratorio Operativo / Codocenza</w:t>
            </w:r>
            <w:r>
              <w:rPr>
                <w:sz w:val="17"/>
              </w:rPr>
              <w:br/>
            </w:r>
            <w:proofErr w:type="gramStart"/>
            <w:r>
              <w:rPr>
                <w:sz w:val="17"/>
              </w:rPr>
              <w:t>[  ]</w:t>
            </w:r>
            <w:proofErr w:type="gramEnd"/>
            <w:r>
              <w:rPr>
                <w:sz w:val="17"/>
              </w:rPr>
              <w:t xml:space="preserve"> Flipped Classroom / Debriefing     </w:t>
            </w:r>
            <w:proofErr w:type="gramStart"/>
            <w:r>
              <w:rPr>
                <w:sz w:val="17"/>
              </w:rPr>
              <w:t xml:space="preserve">   [  ]</w:t>
            </w:r>
            <w:proofErr w:type="gramEnd"/>
            <w:r>
              <w:rPr>
                <w:sz w:val="17"/>
              </w:rPr>
              <w:t xml:space="preserve"> Learning by Doing / Project Work</w:t>
            </w:r>
            <w:r>
              <w:rPr>
                <w:sz w:val="17"/>
              </w:rPr>
              <w:br/>
            </w:r>
            <w:proofErr w:type="gramStart"/>
            <w:r>
              <w:rPr>
                <w:sz w:val="17"/>
              </w:rPr>
              <w:t>[  ]</w:t>
            </w:r>
            <w:proofErr w:type="gramEnd"/>
            <w:r>
              <w:rPr>
                <w:sz w:val="17"/>
              </w:rPr>
              <w:t xml:space="preserve"> Didattica assistita da I.A. (Prompting, </w:t>
            </w:r>
            <w:proofErr w:type="gramStart"/>
            <w:r>
              <w:rPr>
                <w:sz w:val="17"/>
              </w:rPr>
              <w:t>Tutoring</w:t>
            </w:r>
            <w:proofErr w:type="gramEnd"/>
            <w:r>
              <w:rPr>
                <w:sz w:val="17"/>
              </w:rPr>
              <w:t xml:space="preserve"> guidato, Analisi Output I.A.)</w:t>
            </w:r>
            <w:r>
              <w:rPr>
                <w:sz w:val="17"/>
              </w:rPr>
              <w:br/>
            </w:r>
            <w:proofErr w:type="gramStart"/>
            <w:r w:rsidRPr="00BB0978">
              <w:rPr>
                <w:sz w:val="17"/>
                <w:lang w:val="it-IT"/>
              </w:rPr>
              <w:t>[  ]</w:t>
            </w:r>
            <w:proofErr w:type="gramEnd"/>
            <w:r w:rsidRPr="00BB0978">
              <w:rPr>
                <w:sz w:val="17"/>
                <w:lang w:val="it-IT"/>
              </w:rPr>
              <w:t xml:space="preserve"> Simulazione d'Impresa / Role </w:t>
            </w:r>
            <w:proofErr w:type="gramStart"/>
            <w:r w:rsidRPr="00BB0978">
              <w:rPr>
                <w:sz w:val="17"/>
                <w:lang w:val="it-IT"/>
              </w:rPr>
              <w:t>Playing  [  ]</w:t>
            </w:r>
            <w:proofErr w:type="gramEnd"/>
            <w:r w:rsidRPr="00BB0978">
              <w:rPr>
                <w:sz w:val="17"/>
                <w:lang w:val="it-IT"/>
              </w:rPr>
              <w:t xml:space="preserve"> Peer Tutoring / Apprendistato Cognitivo</w:t>
            </w:r>
            <w:r w:rsidRPr="00BB0978">
              <w:rPr>
                <w:sz w:val="17"/>
                <w:lang w:val="it-IT"/>
              </w:rPr>
              <w:br/>
            </w:r>
            <w:proofErr w:type="gramStart"/>
            <w:r w:rsidRPr="00BB0978">
              <w:rPr>
                <w:sz w:val="17"/>
                <w:lang w:val="it-IT"/>
              </w:rPr>
              <w:t>[  ]</w:t>
            </w:r>
            <w:proofErr w:type="gramEnd"/>
            <w:r w:rsidRPr="00BB0978">
              <w:rPr>
                <w:sz w:val="17"/>
                <w:lang w:val="it-IT"/>
              </w:rPr>
              <w:t xml:space="preserve"> Visite Aziendali e Incontri con Esperti del Settore</w:t>
            </w:r>
          </w:p>
        </w:tc>
      </w:tr>
      <w:tr w:rsidR="009F0989" w:rsidRPr="00B77C1F" w14:paraId="40A21CD9" w14:textId="77777777">
        <w:trPr>
          <w:jc w:val="center"/>
        </w:trPr>
        <w:tc>
          <w:tcPr>
            <w:tcW w:w="3312" w:type="dxa"/>
          </w:tcPr>
          <w:p w14:paraId="0781378A" w14:textId="77777777" w:rsidR="009F0989" w:rsidRDefault="00000000">
            <w:r>
              <w:rPr>
                <w:b/>
                <w:sz w:val="18"/>
              </w:rPr>
              <w:t>STRUMENTI E AMBIENTI DIGITALI</w:t>
            </w:r>
          </w:p>
        </w:tc>
        <w:tc>
          <w:tcPr>
            <w:tcW w:w="6480" w:type="dxa"/>
          </w:tcPr>
          <w:p w14:paraId="033C7005" w14:textId="06966A60" w:rsidR="009F0989" w:rsidRPr="00BB0978" w:rsidRDefault="00000000">
            <w:pPr>
              <w:rPr>
                <w:lang w:val="it-IT"/>
              </w:rPr>
            </w:pPr>
            <w:proofErr w:type="gramStart"/>
            <w:r w:rsidRPr="00BB0978">
              <w:rPr>
                <w:sz w:val="17"/>
                <w:lang w:val="it-IT"/>
              </w:rPr>
              <w:t>[  ]</w:t>
            </w:r>
            <w:proofErr w:type="gramEnd"/>
            <w:r w:rsidRPr="00BB0978">
              <w:rPr>
                <w:sz w:val="17"/>
                <w:lang w:val="it-IT"/>
              </w:rPr>
              <w:t xml:space="preserve"> Libri di testo e manuali tecnici    </w:t>
            </w:r>
            <w:proofErr w:type="gramStart"/>
            <w:r w:rsidRPr="00BB0978">
              <w:rPr>
                <w:sz w:val="17"/>
                <w:lang w:val="it-IT"/>
              </w:rPr>
              <w:t xml:space="preserve">   [  ]</w:t>
            </w:r>
            <w:proofErr w:type="gramEnd"/>
            <w:r w:rsidRPr="00BB0978">
              <w:rPr>
                <w:sz w:val="17"/>
                <w:lang w:val="it-IT"/>
              </w:rPr>
              <w:t xml:space="preserve"> Piattaforma Google Workspace / </w:t>
            </w:r>
            <w:proofErr w:type="spellStart"/>
            <w:r w:rsidRPr="00BB0978">
              <w:rPr>
                <w:sz w:val="17"/>
                <w:lang w:val="it-IT"/>
              </w:rPr>
              <w:t>Classroom</w:t>
            </w:r>
            <w:proofErr w:type="spellEnd"/>
            <w:r w:rsidRPr="00BB0978">
              <w:rPr>
                <w:sz w:val="17"/>
                <w:lang w:val="it-IT"/>
              </w:rPr>
              <w:br/>
              <w:t xml:space="preserve">[  ] Cucine / Sale / Bar / Lab. Agrario </w:t>
            </w:r>
            <w:r w:rsidR="00A92A02">
              <w:rPr>
                <w:sz w:val="17"/>
                <w:lang w:val="it-IT"/>
              </w:rPr>
              <w:t>/ Lab. Accoglienza</w:t>
            </w:r>
            <w:r w:rsidR="00B77C1F">
              <w:rPr>
                <w:sz w:val="17"/>
                <w:lang w:val="it-IT"/>
              </w:rPr>
              <w:t xml:space="preserve"> cucina</w:t>
            </w:r>
            <w:proofErr w:type="gramStart"/>
            <w:r w:rsidRPr="00BB0978">
              <w:rPr>
                <w:sz w:val="17"/>
                <w:lang w:val="it-IT"/>
              </w:rPr>
              <w:t xml:space="preserve">   [  ]</w:t>
            </w:r>
            <w:proofErr w:type="gramEnd"/>
            <w:r w:rsidRPr="00BB0978">
              <w:rPr>
                <w:sz w:val="17"/>
                <w:lang w:val="it-IT"/>
              </w:rPr>
              <w:t xml:space="preserve"> Piattaforme di IA Generativa e Chatbot </w:t>
            </w:r>
            <w:proofErr w:type="spellStart"/>
            <w:r w:rsidRPr="00BB0978">
              <w:rPr>
                <w:sz w:val="17"/>
                <w:lang w:val="it-IT"/>
              </w:rPr>
              <w:t>supervisati</w:t>
            </w:r>
            <w:proofErr w:type="spellEnd"/>
            <w:r w:rsidRPr="00BB0978">
              <w:rPr>
                <w:sz w:val="17"/>
                <w:lang w:val="it-IT"/>
              </w:rPr>
              <w:br/>
              <w:t xml:space="preserve">[  ] Laboratorio di Informatica / Gestionali </w:t>
            </w:r>
            <w:proofErr w:type="gramStart"/>
            <w:r w:rsidRPr="00BB0978">
              <w:rPr>
                <w:sz w:val="17"/>
                <w:lang w:val="it-IT"/>
              </w:rPr>
              <w:t>[  ]</w:t>
            </w:r>
            <w:proofErr w:type="gramEnd"/>
            <w:r w:rsidRPr="00BB0978">
              <w:rPr>
                <w:sz w:val="17"/>
                <w:lang w:val="it-IT"/>
              </w:rPr>
              <w:t xml:space="preserve"> Software di simulazione e grafica d'settore</w:t>
            </w:r>
            <w:r w:rsidRPr="00BB0978">
              <w:rPr>
                <w:sz w:val="17"/>
                <w:lang w:val="it-IT"/>
              </w:rPr>
              <w:br/>
              <w:t>[  ] Video / Documentari e database multimediali di settore</w:t>
            </w:r>
          </w:p>
        </w:tc>
      </w:tr>
      <w:tr w:rsidR="009F0989" w:rsidRPr="00B77C1F" w14:paraId="478B0AED" w14:textId="77777777">
        <w:trPr>
          <w:jc w:val="center"/>
        </w:trPr>
        <w:tc>
          <w:tcPr>
            <w:tcW w:w="3312" w:type="dxa"/>
          </w:tcPr>
          <w:p w14:paraId="2639910B" w14:textId="77777777" w:rsidR="009F0989" w:rsidRDefault="00000000">
            <w:r>
              <w:rPr>
                <w:b/>
                <w:sz w:val="18"/>
              </w:rPr>
              <w:t>MISURE INCLUSIVE (BES / DSA / DVA)</w:t>
            </w:r>
          </w:p>
        </w:tc>
        <w:tc>
          <w:tcPr>
            <w:tcW w:w="6480" w:type="dxa"/>
          </w:tcPr>
          <w:p w14:paraId="097E262C" w14:textId="77777777" w:rsidR="009F0989" w:rsidRPr="00BB0978" w:rsidRDefault="00000000">
            <w:pPr>
              <w:rPr>
                <w:lang w:val="it-IT"/>
              </w:rPr>
            </w:pPr>
            <w:proofErr w:type="gramStart"/>
            <w:r w:rsidRPr="00BB0978">
              <w:rPr>
                <w:sz w:val="17"/>
                <w:lang w:val="it-IT"/>
              </w:rPr>
              <w:t>[  ]</w:t>
            </w:r>
            <w:proofErr w:type="gramEnd"/>
            <w:r w:rsidRPr="00BB0978">
              <w:rPr>
                <w:sz w:val="17"/>
                <w:lang w:val="it-IT"/>
              </w:rPr>
              <w:t xml:space="preserve"> Mappe concettuali e schemi di sintesi</w:t>
            </w:r>
            <w:proofErr w:type="gramStart"/>
            <w:r w:rsidRPr="00BB0978">
              <w:rPr>
                <w:sz w:val="17"/>
                <w:lang w:val="it-IT"/>
              </w:rPr>
              <w:t xml:space="preserve">   [  ]</w:t>
            </w:r>
            <w:proofErr w:type="gramEnd"/>
            <w:r w:rsidRPr="00BB0978">
              <w:rPr>
                <w:sz w:val="17"/>
                <w:lang w:val="it-IT"/>
              </w:rPr>
              <w:t xml:space="preserve"> Tempi aggiuntivi per le verifiche (+30%)</w:t>
            </w:r>
            <w:r w:rsidRPr="00BB0978">
              <w:rPr>
                <w:sz w:val="17"/>
                <w:lang w:val="it-IT"/>
              </w:rPr>
              <w:br/>
              <w:t xml:space="preserve">[  ] Uso di calcolatrice e formulari     </w:t>
            </w:r>
            <w:proofErr w:type="gramStart"/>
            <w:r w:rsidRPr="00BB0978">
              <w:rPr>
                <w:sz w:val="17"/>
                <w:lang w:val="it-IT"/>
              </w:rPr>
              <w:t xml:space="preserve">   [  ]</w:t>
            </w:r>
            <w:proofErr w:type="gramEnd"/>
            <w:r w:rsidRPr="00BB0978">
              <w:rPr>
                <w:sz w:val="17"/>
                <w:lang w:val="it-IT"/>
              </w:rPr>
              <w:t xml:space="preserve"> Valutazione per contenuti e non per la forma ortografica</w:t>
            </w:r>
            <w:r w:rsidRPr="00BB0978">
              <w:rPr>
                <w:sz w:val="17"/>
                <w:lang w:val="it-IT"/>
              </w:rPr>
              <w:br/>
              <w:t xml:space="preserve">[  ] Testi ad alta leggibilità ed audiolibri </w:t>
            </w:r>
            <w:proofErr w:type="gramStart"/>
            <w:r w:rsidRPr="00BB0978">
              <w:rPr>
                <w:sz w:val="17"/>
                <w:lang w:val="it-IT"/>
              </w:rPr>
              <w:t>[  ]</w:t>
            </w:r>
            <w:proofErr w:type="gramEnd"/>
            <w:r w:rsidRPr="00BB0978">
              <w:rPr>
                <w:sz w:val="17"/>
                <w:lang w:val="it-IT"/>
              </w:rPr>
              <w:t xml:space="preserve"> Strumenti compensativi informatici / Sintesi vocale con IA</w:t>
            </w:r>
            <w:r w:rsidRPr="00BB0978">
              <w:rPr>
                <w:sz w:val="17"/>
                <w:lang w:val="it-IT"/>
              </w:rPr>
              <w:br/>
              <w:t xml:space="preserve">[  ] Riduzione quantitativa delle </w:t>
            </w:r>
            <w:proofErr w:type="gramStart"/>
            <w:r w:rsidRPr="00BB0978">
              <w:rPr>
                <w:sz w:val="17"/>
                <w:lang w:val="it-IT"/>
              </w:rPr>
              <w:t>consegne  [  ]</w:t>
            </w:r>
            <w:proofErr w:type="gramEnd"/>
            <w:r w:rsidRPr="00BB0978">
              <w:rPr>
                <w:sz w:val="17"/>
                <w:lang w:val="it-IT"/>
              </w:rPr>
              <w:t xml:space="preserve"> Rimodulazione personalizzata degli obiettivi PFI</w:t>
            </w:r>
          </w:p>
        </w:tc>
      </w:tr>
      <w:tr w:rsidR="009F0989" w:rsidRPr="00B77C1F" w14:paraId="6C362391" w14:textId="77777777">
        <w:trPr>
          <w:jc w:val="center"/>
        </w:trPr>
        <w:tc>
          <w:tcPr>
            <w:tcW w:w="3312" w:type="dxa"/>
          </w:tcPr>
          <w:p w14:paraId="3C2EEEA1" w14:textId="77777777" w:rsidR="009F0989" w:rsidRPr="00BB0978" w:rsidRDefault="00000000">
            <w:pPr>
              <w:rPr>
                <w:lang w:val="it-IT"/>
              </w:rPr>
            </w:pPr>
            <w:r w:rsidRPr="00BB0978">
              <w:rPr>
                <w:b/>
                <w:sz w:val="18"/>
                <w:lang w:val="it-IT"/>
              </w:rPr>
              <w:t>VERIFICHE E VALUTAZIONE I.A.</w:t>
            </w:r>
          </w:p>
        </w:tc>
        <w:tc>
          <w:tcPr>
            <w:tcW w:w="6480" w:type="dxa"/>
          </w:tcPr>
          <w:p w14:paraId="6F8569BB" w14:textId="77777777" w:rsidR="009F0989" w:rsidRPr="00BB0978" w:rsidRDefault="00000000">
            <w:pPr>
              <w:rPr>
                <w:lang w:val="it-IT"/>
              </w:rPr>
            </w:pPr>
            <w:proofErr w:type="gramStart"/>
            <w:r w:rsidRPr="00BB0978">
              <w:rPr>
                <w:sz w:val="17"/>
                <w:lang w:val="it-IT"/>
              </w:rPr>
              <w:t>[  ]</w:t>
            </w:r>
            <w:proofErr w:type="gramEnd"/>
            <w:r w:rsidRPr="00BB0978">
              <w:rPr>
                <w:sz w:val="17"/>
                <w:lang w:val="it-IT"/>
              </w:rPr>
              <w:t xml:space="preserve"> Prove Pratiche di Laboratorio / Servizio </w:t>
            </w:r>
            <w:proofErr w:type="gramStart"/>
            <w:r w:rsidRPr="00BB0978">
              <w:rPr>
                <w:sz w:val="17"/>
                <w:lang w:val="it-IT"/>
              </w:rPr>
              <w:t>[  ]</w:t>
            </w:r>
            <w:proofErr w:type="gramEnd"/>
            <w:r w:rsidRPr="00BB0978">
              <w:rPr>
                <w:sz w:val="17"/>
                <w:lang w:val="it-IT"/>
              </w:rPr>
              <w:t xml:space="preserve"> Test Oggettivi / Questionari a risposta chiusa/aperta</w:t>
            </w:r>
            <w:r w:rsidRPr="00BB0978">
              <w:rPr>
                <w:sz w:val="17"/>
                <w:lang w:val="it-IT"/>
              </w:rPr>
              <w:br/>
              <w:t xml:space="preserve">[  ] Colloqui orali e discussione guidata </w:t>
            </w:r>
            <w:proofErr w:type="gramStart"/>
            <w:r w:rsidRPr="00BB0978">
              <w:rPr>
                <w:sz w:val="17"/>
                <w:lang w:val="it-IT"/>
              </w:rPr>
              <w:t xml:space="preserve">   [  ]</w:t>
            </w:r>
            <w:proofErr w:type="gramEnd"/>
            <w:r w:rsidRPr="00BB0978">
              <w:rPr>
                <w:sz w:val="17"/>
                <w:lang w:val="it-IT"/>
              </w:rPr>
              <w:t xml:space="preserve"> Compiti di realtà, Project Work e casi aziendali</w:t>
            </w:r>
            <w:r w:rsidRPr="00BB0978">
              <w:rPr>
                <w:sz w:val="17"/>
                <w:lang w:val="it-IT"/>
              </w:rPr>
              <w:br/>
              <w:t xml:space="preserve">[  ] Verifiche sull'uso critico dell'IA    </w:t>
            </w:r>
            <w:proofErr w:type="gramStart"/>
            <w:r w:rsidRPr="00BB0978">
              <w:rPr>
                <w:sz w:val="17"/>
                <w:lang w:val="it-IT"/>
              </w:rPr>
              <w:t xml:space="preserve">   [  ]</w:t>
            </w:r>
            <w:proofErr w:type="gramEnd"/>
            <w:r w:rsidRPr="00BB0978">
              <w:rPr>
                <w:sz w:val="17"/>
                <w:lang w:val="it-IT"/>
              </w:rPr>
              <w:t xml:space="preserve"> Rubriche valutative per competenze e Diario di Bordo</w:t>
            </w:r>
            <w:r w:rsidRPr="00BB0978">
              <w:rPr>
                <w:sz w:val="17"/>
                <w:lang w:val="it-IT"/>
              </w:rPr>
              <w:br/>
              <w:t>[  ] Griglie di Dipartimento approvate dal Collegio Docenti</w:t>
            </w:r>
          </w:p>
        </w:tc>
      </w:tr>
    </w:tbl>
    <w:p w14:paraId="73FF5C98" w14:textId="77777777" w:rsidR="009F0989" w:rsidRPr="00BB0978" w:rsidRDefault="009F0989">
      <w:pPr>
        <w:spacing w:after="80"/>
        <w:rPr>
          <w:lang w:val="it-IT"/>
        </w:rPr>
      </w:pPr>
    </w:p>
    <w:p w14:paraId="26903B37" w14:textId="2C75450A" w:rsidR="009F0989" w:rsidRPr="00BB0978" w:rsidRDefault="00000000">
      <w:pPr>
        <w:pStyle w:val="Titolo1"/>
        <w:spacing w:before="280" w:after="120"/>
        <w:rPr>
          <w:lang w:val="it-IT"/>
        </w:rPr>
      </w:pPr>
      <w:r w:rsidRPr="00BB0978">
        <w:rPr>
          <w:color w:val="1F4E78"/>
          <w:lang w:val="it-IT"/>
        </w:rPr>
        <w:t xml:space="preserve">10. Obiettivi Minimi per la Promozione 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3312"/>
        <w:gridCol w:w="3312"/>
      </w:tblGrid>
      <w:tr w:rsidR="009F0989" w14:paraId="18E28C73" w14:textId="77777777">
        <w:trPr>
          <w:jc w:val="center"/>
        </w:trPr>
        <w:tc>
          <w:tcPr>
            <w:tcW w:w="3168" w:type="dxa"/>
            <w:shd w:val="clear" w:color="auto" w:fill="1F4E78"/>
          </w:tcPr>
          <w:p w14:paraId="063C7A89" w14:textId="04C97594" w:rsidR="009F0989" w:rsidRDefault="00000000">
            <w:pPr>
              <w:spacing w:before="80" w:after="80"/>
              <w:jc w:val="center"/>
            </w:pPr>
            <w:r>
              <w:rPr>
                <w:b/>
                <w:color w:val="FFFFFF"/>
                <w:sz w:val="20"/>
              </w:rPr>
              <w:t xml:space="preserve">CONOSCENZE MINIME </w:t>
            </w:r>
          </w:p>
        </w:tc>
        <w:tc>
          <w:tcPr>
            <w:tcW w:w="3312" w:type="dxa"/>
            <w:shd w:val="clear" w:color="auto" w:fill="1F4E78"/>
          </w:tcPr>
          <w:p w14:paraId="59358D2B" w14:textId="29E657F7" w:rsidR="009F0989" w:rsidRDefault="00000000">
            <w:pPr>
              <w:spacing w:before="80" w:after="80"/>
              <w:jc w:val="center"/>
            </w:pPr>
            <w:r>
              <w:rPr>
                <w:b/>
                <w:color w:val="FFFFFF"/>
                <w:sz w:val="20"/>
              </w:rPr>
              <w:t xml:space="preserve">ABILITÀ MINIME </w:t>
            </w:r>
          </w:p>
        </w:tc>
        <w:tc>
          <w:tcPr>
            <w:tcW w:w="3312" w:type="dxa"/>
            <w:shd w:val="clear" w:color="auto" w:fill="1F4E78"/>
          </w:tcPr>
          <w:p w14:paraId="76759BAF" w14:textId="3FB04FE2" w:rsidR="009F0989" w:rsidRDefault="00000000">
            <w:pPr>
              <w:spacing w:before="80" w:after="80"/>
              <w:jc w:val="center"/>
            </w:pPr>
            <w:r>
              <w:rPr>
                <w:b/>
                <w:color w:val="FFFFFF"/>
                <w:sz w:val="20"/>
              </w:rPr>
              <w:t xml:space="preserve">COMPETENZE MINIME </w:t>
            </w:r>
          </w:p>
        </w:tc>
      </w:tr>
      <w:tr w:rsidR="009F0989" w:rsidRPr="00B77C1F" w14:paraId="7F77433D" w14:textId="77777777">
        <w:trPr>
          <w:jc w:val="center"/>
        </w:trPr>
        <w:tc>
          <w:tcPr>
            <w:tcW w:w="3168" w:type="dxa"/>
          </w:tcPr>
          <w:p w14:paraId="4632E5A1" w14:textId="77777777" w:rsidR="009F0989" w:rsidRPr="00BB0978" w:rsidRDefault="00000000">
            <w:pPr>
              <w:rPr>
                <w:lang w:val="it-IT"/>
              </w:rPr>
            </w:pPr>
            <w:r w:rsidRPr="00BB0978">
              <w:rPr>
                <w:sz w:val="18"/>
                <w:lang w:val="it-IT"/>
              </w:rPr>
              <w:lastRenderedPageBreak/>
              <w:t>Conoscere i concetti essenziali della disciplina, il lessico tecnico di base e le principali norme di sicurezza e servizio.</w:t>
            </w:r>
          </w:p>
        </w:tc>
        <w:tc>
          <w:tcPr>
            <w:tcW w:w="3312" w:type="dxa"/>
          </w:tcPr>
          <w:p w14:paraId="29A020C4" w14:textId="77777777" w:rsidR="009F0989" w:rsidRPr="00BB0978" w:rsidRDefault="00000000">
            <w:pPr>
              <w:rPr>
                <w:lang w:val="it-IT"/>
              </w:rPr>
            </w:pPr>
            <w:r w:rsidRPr="00BB0978">
              <w:rPr>
                <w:sz w:val="18"/>
                <w:lang w:val="it-IT"/>
              </w:rPr>
              <w:t>Eseguire in modo guidato le fondamentali procedure tecniche e laboratoriali senza commettere errori pregiudizievoli.</w:t>
            </w:r>
          </w:p>
        </w:tc>
        <w:tc>
          <w:tcPr>
            <w:tcW w:w="3312" w:type="dxa"/>
          </w:tcPr>
          <w:p w14:paraId="7F15B96B" w14:textId="77777777" w:rsidR="009F0989" w:rsidRPr="00BB0978" w:rsidRDefault="00000000">
            <w:pPr>
              <w:rPr>
                <w:lang w:val="it-IT"/>
              </w:rPr>
            </w:pPr>
            <w:r w:rsidRPr="00BB0978">
              <w:rPr>
                <w:sz w:val="18"/>
                <w:lang w:val="it-IT"/>
              </w:rPr>
              <w:t>Applicare le conoscenze essenziali in contesti noti e semplici, rispettando le regole di comportamento, di sicurezza ed il PFI.</w:t>
            </w:r>
          </w:p>
        </w:tc>
      </w:tr>
    </w:tbl>
    <w:p w14:paraId="1D5B87A7" w14:textId="77777777" w:rsidR="009F0989" w:rsidRPr="00BB0978" w:rsidRDefault="009F0989">
      <w:pPr>
        <w:spacing w:after="80"/>
        <w:rPr>
          <w:lang w:val="it-IT"/>
        </w:rPr>
      </w:pPr>
    </w:p>
    <w:p w14:paraId="5B6FDB52" w14:textId="77777777" w:rsidR="009F0989" w:rsidRPr="00BB0978" w:rsidRDefault="00000000">
      <w:pPr>
        <w:pStyle w:val="Titolo1"/>
        <w:spacing w:before="280" w:after="120"/>
        <w:rPr>
          <w:lang w:val="it-IT"/>
        </w:rPr>
      </w:pPr>
      <w:r w:rsidRPr="00BB0978">
        <w:rPr>
          <w:color w:val="1F4E78"/>
          <w:lang w:val="it-IT"/>
        </w:rPr>
        <w:t>11. Attività di Ampliamento dell'Offerta Formativa e Potenziamento</w:t>
      </w:r>
    </w:p>
    <w:p w14:paraId="6D3DC7D5" w14:textId="77777777" w:rsidR="009F0989" w:rsidRPr="00BB0978" w:rsidRDefault="00000000">
      <w:pPr>
        <w:spacing w:after="80"/>
        <w:rPr>
          <w:lang w:val="it-IT"/>
        </w:rPr>
      </w:pPr>
      <w:r w:rsidRPr="00BB0978">
        <w:rPr>
          <w:sz w:val="19"/>
          <w:lang w:val="it-IT"/>
        </w:rPr>
        <w:t>Si fa riferimento a quanto progettato nel PTOF d'Istituto per l'anno scolastico in corso: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1872"/>
        <w:gridCol w:w="1872"/>
        <w:gridCol w:w="2016"/>
        <w:gridCol w:w="1872"/>
      </w:tblGrid>
      <w:tr w:rsidR="009F0989" w14:paraId="19C54725" w14:textId="77777777">
        <w:trPr>
          <w:jc w:val="center"/>
        </w:trPr>
        <w:tc>
          <w:tcPr>
            <w:tcW w:w="2160" w:type="dxa"/>
            <w:shd w:val="clear" w:color="auto" w:fill="1F4E78"/>
          </w:tcPr>
          <w:p w14:paraId="7628178F" w14:textId="5B391A88" w:rsidR="009F0989" w:rsidRDefault="00000000">
            <w:pPr>
              <w:spacing w:before="80" w:after="80"/>
              <w:jc w:val="center"/>
            </w:pPr>
            <w:proofErr w:type="spellStart"/>
            <w:r>
              <w:rPr>
                <w:b/>
                <w:color w:val="FFFFFF"/>
                <w:sz w:val="20"/>
              </w:rPr>
              <w:t>Progetti</w:t>
            </w:r>
            <w:proofErr w:type="spellEnd"/>
            <w:r>
              <w:rPr>
                <w:b/>
                <w:color w:val="FFFFFF"/>
                <w:sz w:val="20"/>
              </w:rPr>
              <w:t xml:space="preserve"> PON / PTOF</w:t>
            </w:r>
          </w:p>
        </w:tc>
        <w:tc>
          <w:tcPr>
            <w:tcW w:w="1872" w:type="dxa"/>
            <w:shd w:val="clear" w:color="auto" w:fill="1F4E78"/>
          </w:tcPr>
          <w:p w14:paraId="7B1CB96A" w14:textId="77777777" w:rsidR="009F0989" w:rsidRDefault="00000000">
            <w:pPr>
              <w:spacing w:before="80" w:after="80"/>
              <w:jc w:val="center"/>
            </w:pPr>
            <w:r>
              <w:rPr>
                <w:b/>
                <w:color w:val="FFFFFF"/>
                <w:sz w:val="20"/>
              </w:rPr>
              <w:t>Visite Aziendali</w:t>
            </w:r>
          </w:p>
        </w:tc>
        <w:tc>
          <w:tcPr>
            <w:tcW w:w="1872" w:type="dxa"/>
            <w:shd w:val="clear" w:color="auto" w:fill="1F4E78"/>
          </w:tcPr>
          <w:p w14:paraId="18020A13" w14:textId="77777777" w:rsidR="009F0989" w:rsidRDefault="00000000">
            <w:pPr>
              <w:spacing w:before="80" w:after="80"/>
              <w:jc w:val="center"/>
            </w:pPr>
            <w:r>
              <w:rPr>
                <w:b/>
                <w:color w:val="FFFFFF"/>
                <w:sz w:val="20"/>
              </w:rPr>
              <w:t>Visite Culturali &amp; Viaggi</w:t>
            </w:r>
          </w:p>
        </w:tc>
        <w:tc>
          <w:tcPr>
            <w:tcW w:w="2016" w:type="dxa"/>
            <w:shd w:val="clear" w:color="auto" w:fill="1F4E78"/>
          </w:tcPr>
          <w:p w14:paraId="21494A67" w14:textId="77777777" w:rsidR="009F0989" w:rsidRPr="00BB0978" w:rsidRDefault="00000000">
            <w:pPr>
              <w:spacing w:before="80" w:after="80"/>
              <w:jc w:val="center"/>
              <w:rPr>
                <w:lang w:val="it-IT"/>
              </w:rPr>
            </w:pPr>
            <w:r w:rsidRPr="00BB0978">
              <w:rPr>
                <w:b/>
                <w:color w:val="FFFFFF"/>
                <w:sz w:val="20"/>
                <w:lang w:val="it-IT"/>
              </w:rPr>
              <w:t>Altre Iniziative (Teatro/Cinema/Convegni)</w:t>
            </w:r>
          </w:p>
        </w:tc>
        <w:tc>
          <w:tcPr>
            <w:tcW w:w="1872" w:type="dxa"/>
            <w:shd w:val="clear" w:color="auto" w:fill="1F4E78"/>
          </w:tcPr>
          <w:p w14:paraId="13B8208C" w14:textId="77777777" w:rsidR="009F0989" w:rsidRDefault="00000000">
            <w:pPr>
              <w:spacing w:before="80" w:after="80"/>
              <w:jc w:val="center"/>
            </w:pPr>
            <w:proofErr w:type="spellStart"/>
            <w:r>
              <w:rPr>
                <w:b/>
                <w:color w:val="FFFFFF"/>
                <w:sz w:val="20"/>
              </w:rPr>
              <w:t>Uscite</w:t>
            </w:r>
            <w:proofErr w:type="spellEnd"/>
            <w:r>
              <w:rPr>
                <w:b/>
                <w:color w:val="FFFFFF"/>
                <w:sz w:val="20"/>
              </w:rPr>
              <w:t xml:space="preserve"> </w:t>
            </w:r>
            <w:proofErr w:type="spellStart"/>
            <w:r>
              <w:rPr>
                <w:b/>
                <w:color w:val="FFFFFF"/>
                <w:sz w:val="20"/>
              </w:rPr>
              <w:t>Didattiche</w:t>
            </w:r>
            <w:proofErr w:type="spellEnd"/>
          </w:p>
        </w:tc>
      </w:tr>
      <w:tr w:rsidR="009F0989" w:rsidRPr="00B77C1F" w14:paraId="1615F81E" w14:textId="77777777">
        <w:trPr>
          <w:jc w:val="center"/>
        </w:trPr>
        <w:tc>
          <w:tcPr>
            <w:tcW w:w="2160" w:type="dxa"/>
          </w:tcPr>
          <w:p w14:paraId="40471754" w14:textId="77777777" w:rsidR="009F0989" w:rsidRPr="00BB0978" w:rsidRDefault="00000000">
            <w:pPr>
              <w:rPr>
                <w:lang w:val="it-IT"/>
              </w:rPr>
            </w:pPr>
            <w:proofErr w:type="gramStart"/>
            <w:r w:rsidRPr="00BB0978">
              <w:rPr>
                <w:sz w:val="17"/>
                <w:lang w:val="it-IT"/>
              </w:rPr>
              <w:t>[  ]</w:t>
            </w:r>
            <w:proofErr w:type="gramEnd"/>
            <w:r w:rsidRPr="00BB0978">
              <w:rPr>
                <w:sz w:val="17"/>
                <w:lang w:val="it-IT"/>
              </w:rPr>
              <w:t xml:space="preserve"> Progetto Salute</w:t>
            </w:r>
            <w:r w:rsidRPr="00BB0978">
              <w:rPr>
                <w:sz w:val="17"/>
                <w:lang w:val="it-IT"/>
              </w:rPr>
              <w:br/>
              <w:t>[  ] Cittadinanza &amp; Costituzione</w:t>
            </w:r>
            <w:r w:rsidRPr="00BB0978">
              <w:rPr>
                <w:sz w:val="17"/>
                <w:lang w:val="it-IT"/>
              </w:rPr>
              <w:br/>
              <w:t>[  ] Certificazioni linguistiche / informatiche</w:t>
            </w:r>
            <w:r w:rsidRPr="00BB0978">
              <w:rPr>
                <w:sz w:val="17"/>
                <w:lang w:val="it-IT"/>
              </w:rPr>
              <w:br/>
              <w:t>[  ] Concorsi di Settore</w:t>
            </w:r>
          </w:p>
        </w:tc>
        <w:tc>
          <w:tcPr>
            <w:tcW w:w="1872" w:type="dxa"/>
          </w:tcPr>
          <w:p w14:paraId="0256D6E6" w14:textId="77777777" w:rsidR="009F0989" w:rsidRPr="00BB0978" w:rsidRDefault="00000000">
            <w:pPr>
              <w:rPr>
                <w:lang w:val="it-IT"/>
              </w:rPr>
            </w:pPr>
            <w:proofErr w:type="gramStart"/>
            <w:r w:rsidRPr="00BB0978">
              <w:rPr>
                <w:sz w:val="17"/>
                <w:lang w:val="it-IT"/>
              </w:rPr>
              <w:t>[  ]</w:t>
            </w:r>
            <w:proofErr w:type="gramEnd"/>
            <w:r w:rsidRPr="00BB0978">
              <w:rPr>
                <w:sz w:val="17"/>
                <w:lang w:val="it-IT"/>
              </w:rPr>
              <w:t xml:space="preserve"> Visite presso strutture ricettive, aziende agricole e commerciali del territorio</w:t>
            </w:r>
          </w:p>
        </w:tc>
        <w:tc>
          <w:tcPr>
            <w:tcW w:w="1872" w:type="dxa"/>
          </w:tcPr>
          <w:p w14:paraId="587EDFD0" w14:textId="77777777" w:rsidR="009F0989" w:rsidRPr="00BB0978" w:rsidRDefault="00000000">
            <w:pPr>
              <w:rPr>
                <w:lang w:val="it-IT"/>
              </w:rPr>
            </w:pPr>
            <w:proofErr w:type="gramStart"/>
            <w:r w:rsidRPr="00BB0978">
              <w:rPr>
                <w:sz w:val="17"/>
                <w:lang w:val="it-IT"/>
              </w:rPr>
              <w:t>[  ]</w:t>
            </w:r>
            <w:proofErr w:type="gramEnd"/>
            <w:r w:rsidRPr="00BB0978">
              <w:rPr>
                <w:sz w:val="17"/>
                <w:lang w:val="it-IT"/>
              </w:rPr>
              <w:t xml:space="preserve"> Viaggi di istruzione e visite guidate a fiere di settore e mostre</w:t>
            </w:r>
          </w:p>
        </w:tc>
        <w:tc>
          <w:tcPr>
            <w:tcW w:w="2016" w:type="dxa"/>
          </w:tcPr>
          <w:p w14:paraId="165D197E" w14:textId="77777777" w:rsidR="009F0989" w:rsidRPr="00BB0978" w:rsidRDefault="00000000">
            <w:pPr>
              <w:rPr>
                <w:lang w:val="it-IT"/>
              </w:rPr>
            </w:pPr>
            <w:proofErr w:type="gramStart"/>
            <w:r w:rsidRPr="00BB0978">
              <w:rPr>
                <w:sz w:val="17"/>
                <w:lang w:val="it-IT"/>
              </w:rPr>
              <w:t>[  ]</w:t>
            </w:r>
            <w:proofErr w:type="gramEnd"/>
            <w:r w:rsidRPr="00BB0978">
              <w:rPr>
                <w:sz w:val="17"/>
                <w:lang w:val="it-IT"/>
              </w:rPr>
              <w:t xml:space="preserve"> Partecipazione a convegni, masterclass con chef/esperti, spettacoli e mostre</w:t>
            </w:r>
          </w:p>
        </w:tc>
        <w:tc>
          <w:tcPr>
            <w:tcW w:w="1872" w:type="dxa"/>
          </w:tcPr>
          <w:p w14:paraId="0CA7A29C" w14:textId="77777777" w:rsidR="009F0989" w:rsidRPr="00BB0978" w:rsidRDefault="00000000">
            <w:pPr>
              <w:rPr>
                <w:lang w:val="it-IT"/>
              </w:rPr>
            </w:pPr>
            <w:proofErr w:type="gramStart"/>
            <w:r w:rsidRPr="00BB0978">
              <w:rPr>
                <w:sz w:val="17"/>
                <w:lang w:val="it-IT"/>
              </w:rPr>
              <w:t>[  ]</w:t>
            </w:r>
            <w:proofErr w:type="gramEnd"/>
            <w:r w:rsidRPr="00BB0978">
              <w:rPr>
                <w:sz w:val="17"/>
                <w:lang w:val="it-IT"/>
              </w:rPr>
              <w:t xml:space="preserve"> Uscite didattiche sul territorio ed escursioni tecniche</w:t>
            </w:r>
          </w:p>
        </w:tc>
      </w:tr>
    </w:tbl>
    <w:p w14:paraId="63DC4846" w14:textId="77777777" w:rsidR="009F0989" w:rsidRPr="00BB0978" w:rsidRDefault="009F0989">
      <w:pPr>
        <w:spacing w:after="80"/>
        <w:rPr>
          <w:lang w:val="it-IT"/>
        </w:rPr>
      </w:pPr>
    </w:p>
    <w:p w14:paraId="14CD9A2C" w14:textId="77777777" w:rsidR="009F0989" w:rsidRDefault="00000000">
      <w:pPr>
        <w:pStyle w:val="Titolo1"/>
        <w:spacing w:before="280" w:after="120"/>
      </w:pPr>
      <w:r>
        <w:rPr>
          <w:color w:val="1F4E78"/>
        </w:rPr>
        <w:t>12. I Rapporti con le Famiglie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448"/>
        <w:gridCol w:w="2448"/>
        <w:gridCol w:w="2448"/>
      </w:tblGrid>
      <w:tr w:rsidR="009F0989" w14:paraId="165F474C" w14:textId="77777777">
        <w:trPr>
          <w:jc w:val="center"/>
        </w:trPr>
        <w:tc>
          <w:tcPr>
            <w:tcW w:w="2448" w:type="dxa"/>
            <w:shd w:val="clear" w:color="auto" w:fill="1F4E78"/>
          </w:tcPr>
          <w:p w14:paraId="2EA03D50" w14:textId="77777777" w:rsidR="009F0989" w:rsidRPr="00BB0978" w:rsidRDefault="00000000">
            <w:pPr>
              <w:spacing w:before="80" w:after="80"/>
              <w:jc w:val="center"/>
              <w:rPr>
                <w:lang w:val="it-IT"/>
              </w:rPr>
            </w:pPr>
            <w:r w:rsidRPr="00BB0978">
              <w:rPr>
                <w:b/>
                <w:color w:val="FFFFFF"/>
                <w:sz w:val="20"/>
                <w:lang w:val="it-IT"/>
              </w:rPr>
              <w:t>Registro On-Line e Piattaforme</w:t>
            </w:r>
          </w:p>
        </w:tc>
        <w:tc>
          <w:tcPr>
            <w:tcW w:w="2448" w:type="dxa"/>
            <w:shd w:val="clear" w:color="auto" w:fill="1F4E78"/>
          </w:tcPr>
          <w:p w14:paraId="545CE9CC" w14:textId="77777777" w:rsidR="009F0989" w:rsidRDefault="00000000">
            <w:pPr>
              <w:spacing w:before="80" w:after="80"/>
              <w:jc w:val="center"/>
            </w:pPr>
            <w:proofErr w:type="spellStart"/>
            <w:r>
              <w:rPr>
                <w:b/>
                <w:color w:val="FFFFFF"/>
                <w:sz w:val="20"/>
              </w:rPr>
              <w:t>Colloqui</w:t>
            </w:r>
            <w:proofErr w:type="spellEnd"/>
            <w:r>
              <w:rPr>
                <w:b/>
                <w:color w:val="FFFFFF"/>
                <w:sz w:val="20"/>
              </w:rPr>
              <w:t xml:space="preserve"> </w:t>
            </w:r>
            <w:proofErr w:type="spellStart"/>
            <w:r>
              <w:rPr>
                <w:b/>
                <w:color w:val="FFFFFF"/>
                <w:sz w:val="20"/>
              </w:rPr>
              <w:t>Individuali</w:t>
            </w:r>
            <w:proofErr w:type="spellEnd"/>
          </w:p>
        </w:tc>
        <w:tc>
          <w:tcPr>
            <w:tcW w:w="2448" w:type="dxa"/>
            <w:shd w:val="clear" w:color="auto" w:fill="1F4E78"/>
          </w:tcPr>
          <w:p w14:paraId="0B8218BF" w14:textId="77777777" w:rsidR="009F0989" w:rsidRDefault="00000000">
            <w:pPr>
              <w:spacing w:before="80" w:after="80"/>
              <w:jc w:val="center"/>
            </w:pPr>
            <w:r>
              <w:rPr>
                <w:b/>
                <w:color w:val="FFFFFF"/>
                <w:sz w:val="20"/>
              </w:rPr>
              <w:t>Colloqui Generali</w:t>
            </w:r>
          </w:p>
        </w:tc>
        <w:tc>
          <w:tcPr>
            <w:tcW w:w="2448" w:type="dxa"/>
            <w:shd w:val="clear" w:color="auto" w:fill="1F4E78"/>
          </w:tcPr>
          <w:p w14:paraId="18FBFE81" w14:textId="77777777" w:rsidR="009F0989" w:rsidRDefault="00000000">
            <w:pPr>
              <w:spacing w:before="80" w:after="80"/>
              <w:jc w:val="center"/>
            </w:pPr>
            <w:r>
              <w:rPr>
                <w:b/>
                <w:color w:val="FFFFFF"/>
                <w:sz w:val="20"/>
              </w:rPr>
              <w:t>Comunicazioni / Convocazioni</w:t>
            </w:r>
          </w:p>
        </w:tc>
      </w:tr>
      <w:tr w:rsidR="009F0989" w:rsidRPr="00B77C1F" w14:paraId="51BA8E15" w14:textId="77777777">
        <w:trPr>
          <w:jc w:val="center"/>
        </w:trPr>
        <w:tc>
          <w:tcPr>
            <w:tcW w:w="2448" w:type="dxa"/>
          </w:tcPr>
          <w:p w14:paraId="603EFD6F" w14:textId="77777777" w:rsidR="009F0989" w:rsidRPr="00BB0978" w:rsidRDefault="00000000">
            <w:pPr>
              <w:rPr>
                <w:lang w:val="it-IT"/>
              </w:rPr>
            </w:pPr>
            <w:r w:rsidRPr="00BB0978">
              <w:rPr>
                <w:sz w:val="17"/>
                <w:lang w:val="it-IT"/>
              </w:rPr>
              <w:t>Comunicazione costante degli esiti, valutazioni e compiti tramite Registro Elettronico on-line e Piattaforma Google Workspace.</w:t>
            </w:r>
          </w:p>
        </w:tc>
        <w:tc>
          <w:tcPr>
            <w:tcW w:w="2448" w:type="dxa"/>
          </w:tcPr>
          <w:p w14:paraId="6B8D6875" w14:textId="77777777" w:rsidR="009F0989" w:rsidRPr="00BB0978" w:rsidRDefault="00000000">
            <w:pPr>
              <w:rPr>
                <w:lang w:val="it-IT"/>
              </w:rPr>
            </w:pPr>
            <w:r w:rsidRPr="00BB0978">
              <w:rPr>
                <w:sz w:val="17"/>
                <w:lang w:val="it-IT"/>
              </w:rPr>
              <w:t>Colloqui individuali periodici con i genitori su appuntamento, secondo l'orario di ricevimento del docente.</w:t>
            </w:r>
          </w:p>
        </w:tc>
        <w:tc>
          <w:tcPr>
            <w:tcW w:w="2448" w:type="dxa"/>
          </w:tcPr>
          <w:p w14:paraId="2AED483E" w14:textId="77777777" w:rsidR="009F0989" w:rsidRPr="00BB0978" w:rsidRDefault="00000000">
            <w:pPr>
              <w:rPr>
                <w:lang w:val="it-IT"/>
              </w:rPr>
            </w:pPr>
            <w:r w:rsidRPr="00BB0978">
              <w:rPr>
                <w:sz w:val="17"/>
                <w:lang w:val="it-IT"/>
              </w:rPr>
              <w:t>Colloqui generali con le famiglie programmati dalla scuola nel corso dell'anno scolastico.</w:t>
            </w:r>
          </w:p>
        </w:tc>
        <w:tc>
          <w:tcPr>
            <w:tcW w:w="2448" w:type="dxa"/>
          </w:tcPr>
          <w:p w14:paraId="6BF93030" w14:textId="77777777" w:rsidR="009F0989" w:rsidRPr="00BB0978" w:rsidRDefault="00000000">
            <w:pPr>
              <w:rPr>
                <w:lang w:val="it-IT"/>
              </w:rPr>
            </w:pPr>
            <w:r w:rsidRPr="00BB0978">
              <w:rPr>
                <w:sz w:val="17"/>
                <w:lang w:val="it-IT"/>
              </w:rPr>
              <w:t>Comunicazioni o convocazioni tempestive in casi particolari da parte del docente o del coordinatore di classe (scarso impegno, assenze, problemi sul PFI).</w:t>
            </w:r>
          </w:p>
        </w:tc>
      </w:tr>
    </w:tbl>
    <w:p w14:paraId="7CE9A427" w14:textId="77777777" w:rsidR="009F0989" w:rsidRPr="00BB0978" w:rsidRDefault="009F0989">
      <w:pPr>
        <w:spacing w:after="240"/>
        <w:rPr>
          <w:lang w:val="it-IT"/>
        </w:rPr>
      </w:pPr>
    </w:p>
    <w:p w14:paraId="2A4B54EB" w14:textId="77777777" w:rsidR="009F0989" w:rsidRPr="00BB0978" w:rsidRDefault="00000000">
      <w:pPr>
        <w:keepNext/>
        <w:spacing w:before="200"/>
        <w:rPr>
          <w:lang w:val="it-IT"/>
        </w:rPr>
      </w:pPr>
      <w:r w:rsidRPr="00BB0978">
        <w:rPr>
          <w:sz w:val="19"/>
          <w:lang w:val="it-IT"/>
        </w:rPr>
        <w:t>Data di presentazione: _____ / _____ / 2026                 Firma del Docente / Docenti: ____________________________________</w:t>
      </w:r>
    </w:p>
    <w:sectPr w:rsidR="009F0989" w:rsidRPr="00BB0978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03109694">
    <w:abstractNumId w:val="8"/>
  </w:num>
  <w:num w:numId="2" w16cid:durableId="1547644739">
    <w:abstractNumId w:val="6"/>
  </w:num>
  <w:num w:numId="3" w16cid:durableId="566960471">
    <w:abstractNumId w:val="5"/>
  </w:num>
  <w:num w:numId="4" w16cid:durableId="1276130591">
    <w:abstractNumId w:val="4"/>
  </w:num>
  <w:num w:numId="5" w16cid:durableId="2015453450">
    <w:abstractNumId w:val="7"/>
  </w:num>
  <w:num w:numId="6" w16cid:durableId="2096972750">
    <w:abstractNumId w:val="3"/>
  </w:num>
  <w:num w:numId="7" w16cid:durableId="1725638443">
    <w:abstractNumId w:val="2"/>
  </w:num>
  <w:num w:numId="8" w16cid:durableId="1310279807">
    <w:abstractNumId w:val="1"/>
  </w:num>
  <w:num w:numId="9" w16cid:durableId="1038625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6213"/>
    <w:rsid w:val="000C543D"/>
    <w:rsid w:val="0015074B"/>
    <w:rsid w:val="0029639D"/>
    <w:rsid w:val="00326F90"/>
    <w:rsid w:val="004F6E65"/>
    <w:rsid w:val="009F0989"/>
    <w:rsid w:val="00A92A02"/>
    <w:rsid w:val="00AA1D8D"/>
    <w:rsid w:val="00B12A4E"/>
    <w:rsid w:val="00B47730"/>
    <w:rsid w:val="00B77C1F"/>
    <w:rsid w:val="00BB0978"/>
    <w:rsid w:val="00CB0664"/>
    <w:rsid w:val="00D07312"/>
    <w:rsid w:val="00E4316F"/>
    <w:rsid w:val="00F01A2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DE0E6E"/>
  <w14:defaultImageDpi w14:val="300"/>
  <w15:docId w15:val="{080C2A33-3E08-4DC7-BC3B-407EA7F03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Calibri" w:hAnsi="Calibri"/>
      <w:color w:val="262626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eWeb">
    <w:name w:val="Normal (Web)"/>
    <w:basedOn w:val="Normale"/>
    <w:uiPriority w:val="99"/>
    <w:semiHidden/>
    <w:unhideWhenUsed/>
    <w:rsid w:val="000C54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9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2165</Words>
  <Characters>12344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14481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maria canino</cp:lastModifiedBy>
  <cp:revision>2</cp:revision>
  <dcterms:created xsi:type="dcterms:W3CDTF">2026-10-07T06:20:00Z</dcterms:created>
  <dcterms:modified xsi:type="dcterms:W3CDTF">2026-10-07T06:20:00Z</dcterms:modified>
  <cp:category/>
</cp:coreProperties>
</file>