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38959" w14:textId="77777777" w:rsidR="00943EFC" w:rsidRPr="00816616" w:rsidRDefault="00943EFC" w:rsidP="00943EFC">
      <w:pPr>
        <w:widowControl w:val="0"/>
        <w:pBdr>
          <w:bottom w:val="single" w:sz="12" w:space="1" w:color="auto"/>
        </w:pBdr>
        <w:autoSpaceDE w:val="0"/>
        <w:autoSpaceDN w:val="0"/>
        <w:ind w:firstLine="170"/>
        <w:jc w:val="center"/>
        <w:rPr>
          <w:rFonts w:ascii="Calibri" w:hAnsi="Calibri" w:cs="Calibri"/>
          <w:color w:val="000000"/>
          <w:sz w:val="18"/>
          <w:szCs w:val="18"/>
          <w:lang w:val="it-IT"/>
        </w:rPr>
      </w:pPr>
      <w:r w:rsidRPr="00816616">
        <w:rPr>
          <w:rFonts w:ascii="Calibri" w:hAnsi="Calibri" w:cs="Calibri"/>
          <w:noProof/>
          <w:color w:val="000000"/>
          <w:sz w:val="18"/>
          <w:szCs w:val="18"/>
          <w:lang w:eastAsia="en-GB"/>
        </w:rPr>
        <w:drawing>
          <wp:inline distT="0" distB="0" distL="0" distR="0" wp14:anchorId="73A040C8" wp14:editId="65E223CD">
            <wp:extent cx="358140" cy="457200"/>
            <wp:effectExtent l="0" t="0" r="3810" b="0"/>
            <wp:docPr id="895935815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6616">
        <w:rPr>
          <w:rFonts w:ascii="Calibri" w:hAnsi="Calibri" w:cs="Calibri"/>
          <w:color w:val="000000"/>
          <w:sz w:val="18"/>
          <w:szCs w:val="18"/>
          <w:lang w:val="it-IT"/>
        </w:rPr>
        <w:t xml:space="preserve">            </w:t>
      </w:r>
      <w:r w:rsidRPr="00816616">
        <w:rPr>
          <w:rFonts w:ascii="Calibri" w:hAnsi="Calibri" w:cs="Calibri"/>
          <w:noProof/>
          <w:color w:val="000000"/>
          <w:sz w:val="18"/>
          <w:szCs w:val="18"/>
          <w:lang w:eastAsia="en-GB"/>
        </w:rPr>
        <w:drawing>
          <wp:inline distT="0" distB="0" distL="0" distR="0" wp14:anchorId="2F846616" wp14:editId="054D2214">
            <wp:extent cx="640080" cy="457200"/>
            <wp:effectExtent l="0" t="0" r="7620" b="0"/>
            <wp:docPr id="1173217429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6616">
        <w:rPr>
          <w:rFonts w:ascii="Calibri" w:hAnsi="Calibri" w:cs="Calibri"/>
          <w:color w:val="000000"/>
          <w:sz w:val="18"/>
          <w:szCs w:val="18"/>
          <w:lang w:val="it-IT"/>
        </w:rPr>
        <w:t xml:space="preserve">       </w:t>
      </w:r>
      <w:r w:rsidRPr="00816616">
        <w:rPr>
          <w:rFonts w:ascii="Calibri" w:hAnsi="Calibri" w:cs="Calibri"/>
          <w:color w:val="000000"/>
          <w:sz w:val="18"/>
          <w:szCs w:val="18"/>
          <w:lang w:val="it-IT"/>
        </w:rPr>
        <w:tab/>
      </w:r>
      <w:r w:rsidRPr="00816616">
        <w:rPr>
          <w:rFonts w:ascii="Calibri" w:hAnsi="Calibri" w:cs="Calibri"/>
          <w:noProof/>
          <w:color w:val="000000"/>
          <w:sz w:val="18"/>
          <w:szCs w:val="18"/>
          <w:lang w:eastAsia="en-GB"/>
        </w:rPr>
        <w:drawing>
          <wp:inline distT="0" distB="0" distL="0" distR="0" wp14:anchorId="7B2102B3" wp14:editId="3C717807">
            <wp:extent cx="358140" cy="457200"/>
            <wp:effectExtent l="0" t="0" r="3810" b="0"/>
            <wp:docPr id="1913266321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91577" w14:textId="77777777" w:rsidR="00943EFC" w:rsidRPr="00816616" w:rsidRDefault="00943EFC" w:rsidP="00943EFC">
      <w:pPr>
        <w:widowControl w:val="0"/>
        <w:pBdr>
          <w:bottom w:val="single" w:sz="12" w:space="1" w:color="auto"/>
        </w:pBdr>
        <w:autoSpaceDE w:val="0"/>
        <w:autoSpaceDN w:val="0"/>
        <w:ind w:firstLine="170"/>
        <w:jc w:val="center"/>
        <w:rPr>
          <w:rFonts w:ascii="Calibri" w:hAnsi="Calibri" w:cs="Calibri"/>
          <w:color w:val="000000"/>
          <w:sz w:val="18"/>
          <w:szCs w:val="18"/>
          <w:lang w:val="it-IT"/>
        </w:rPr>
      </w:pPr>
    </w:p>
    <w:p w14:paraId="7C795310" w14:textId="77777777" w:rsidR="00943EFC" w:rsidRPr="00816616" w:rsidRDefault="00943EFC" w:rsidP="00943EFC">
      <w:pPr>
        <w:widowControl w:val="0"/>
        <w:autoSpaceDE w:val="0"/>
        <w:autoSpaceDN w:val="0"/>
        <w:ind w:firstLine="170"/>
        <w:rPr>
          <w:rFonts w:ascii="Calibri" w:hAnsi="Calibri" w:cs="Calibri"/>
          <w:color w:val="000000"/>
          <w:sz w:val="18"/>
          <w:szCs w:val="18"/>
          <w:lang w:val="it-IT"/>
        </w:rPr>
      </w:pPr>
    </w:p>
    <w:p w14:paraId="3DD3E832" w14:textId="5E182225" w:rsidR="00E84F27" w:rsidRPr="00816616" w:rsidRDefault="00943EFC" w:rsidP="00816616">
      <w:pPr>
        <w:widowControl w:val="0"/>
        <w:autoSpaceDE w:val="0"/>
        <w:autoSpaceDN w:val="0"/>
        <w:ind w:firstLine="170"/>
        <w:rPr>
          <w:rFonts w:ascii="Calibri" w:hAnsi="Calibri" w:cs="Calibri"/>
          <w:sz w:val="18"/>
          <w:szCs w:val="18"/>
          <w:lang w:val="it-IT"/>
        </w:rPr>
      </w:pPr>
      <w:r w:rsidRPr="00816616">
        <w:rPr>
          <w:rFonts w:ascii="Calibri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81666B4" wp14:editId="3E6EF024">
                <wp:simplePos x="0" y="0"/>
                <wp:positionH relativeFrom="column">
                  <wp:posOffset>2960370</wp:posOffset>
                </wp:positionH>
                <wp:positionV relativeFrom="paragraph">
                  <wp:posOffset>88265</wp:posOffset>
                </wp:positionV>
                <wp:extent cx="1463040" cy="617220"/>
                <wp:effectExtent l="0" t="0" r="3810" b="0"/>
                <wp:wrapNone/>
                <wp:docPr id="8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3040" cy="61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0D5BEC" w14:textId="77777777" w:rsidR="00943EFC" w:rsidRDefault="00943EFC" w:rsidP="00943EFC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  <w:lang w:val="it-IT"/>
                              </w:rPr>
                              <w:t xml:space="preserve">Liceo Scientifico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>Via C. Alvaro 17                                  88054, Sersale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br/>
                              <w:t>C.M. CZPS011013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br/>
                              <w:t xml:space="preserve">Tel.: 0961-936806 – Fax: 0961-931365  </w:t>
                            </w:r>
                          </w:p>
                          <w:p w14:paraId="6E8C59FA" w14:textId="77777777" w:rsidR="00943EFC" w:rsidRDefault="00943EFC" w:rsidP="00943EFC">
                            <w:pPr>
                              <w:pStyle w:val="NormaleWeb"/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1964C5BB" w14:textId="77777777" w:rsidR="00943EFC" w:rsidRDefault="00943EFC" w:rsidP="00943EFC">
                            <w:pPr>
                              <w:pStyle w:val="NormaleWeb"/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4A025ECA" w14:textId="77777777" w:rsidR="00943EFC" w:rsidRDefault="00943EFC" w:rsidP="00943EFC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1666B4"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left:0;text-align:left;margin-left:233.1pt;margin-top:6.95pt;width:115.2pt;height:48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" fillcolor="window" stroked="f" strokeweight=".5pt">
                <v:textbox>
                  <w:txbxContent>
                    <w:p w14:paraId="6F0D5BEC" w14:textId="77777777" w:rsidR="00943EFC" w:rsidRDefault="00943EFC" w:rsidP="00943EFC">
                      <w:pPr>
                        <w:pStyle w:val="NormaleWeb"/>
                        <w:rPr>
                          <w:rFonts w:ascii="Times" w:hAnsi="Times"/>
                          <w:b/>
                          <w:lang w:val="it-IT"/>
                        </w:rPr>
                      </w:pPr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  <w:lang w:val="it-IT"/>
                        </w:rPr>
                        <w:t xml:space="preserve">Liceo Scientifico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>Via C. Alvaro 17                                  88054, Sersale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br/>
                        <w:t>C.M. CZPS011013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br/>
                        <w:t xml:space="preserve">Tel.: 0961-936806 – Fax: 0961-931365  </w:t>
                      </w:r>
                    </w:p>
                    <w:p w14:paraId="6E8C59FA" w14:textId="77777777" w:rsidR="00943EFC" w:rsidRDefault="00943EFC" w:rsidP="00943EFC">
                      <w:pPr>
                        <w:pStyle w:val="NormaleWeb"/>
                        <w:rPr>
                          <w:b/>
                          <w:lang w:val="it-IT"/>
                        </w:rPr>
                      </w:pPr>
                    </w:p>
                    <w:p w14:paraId="1964C5BB" w14:textId="77777777" w:rsidR="00943EFC" w:rsidRDefault="00943EFC" w:rsidP="00943EFC">
                      <w:pPr>
                        <w:pStyle w:val="NormaleWeb"/>
                        <w:rPr>
                          <w:b/>
                          <w:lang w:val="it-IT"/>
                        </w:rPr>
                      </w:pPr>
                    </w:p>
                    <w:p w14:paraId="4A025ECA" w14:textId="77777777" w:rsidR="00943EFC" w:rsidRDefault="00943EFC" w:rsidP="00943EFC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16616">
        <w:rPr>
          <w:rFonts w:ascii="Calibri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0FF6C5F" wp14:editId="21ED4371">
                <wp:simplePos x="0" y="0"/>
                <wp:positionH relativeFrom="column">
                  <wp:posOffset>1397635</wp:posOffset>
                </wp:positionH>
                <wp:positionV relativeFrom="paragraph">
                  <wp:posOffset>92075</wp:posOffset>
                </wp:positionV>
                <wp:extent cx="1564005" cy="465455"/>
                <wp:effectExtent l="0" t="0" r="0" b="0"/>
                <wp:wrapNone/>
                <wp:docPr id="7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4005" cy="465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B80093" w14:textId="77777777" w:rsidR="00943EFC" w:rsidRDefault="00943EFC" w:rsidP="00943EFC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</w:rPr>
                              <w:t>Istituto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</w:rPr>
                              <w:t>Istruzione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</w:rPr>
                              <w:t xml:space="preserve"> Superiore  </w:t>
                            </w:r>
                          </w:p>
                          <w:p w14:paraId="53FAEECD" w14:textId="77777777" w:rsidR="00943EFC" w:rsidRDefault="00943EFC" w:rsidP="00943EFC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5CA821C9" w14:textId="77777777" w:rsidR="00943EFC" w:rsidRDefault="00943EFC" w:rsidP="00943EFC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F6C5F" id="Casella di testo 10" o:spid="_x0000_s1027" type="#_x0000_t202" style="position:absolute;left:0;text-align:left;margin-left:110.05pt;margin-top:7.25pt;width:123.15pt;height:36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" fillcolor="window" stroked="f" strokeweight=".5pt">
                <v:textbox>
                  <w:txbxContent>
                    <w:p w14:paraId="5EB80093" w14:textId="77777777" w:rsidR="00943EFC" w:rsidRDefault="00943EFC" w:rsidP="00943EFC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</w:rPr>
                        <w:t>Istituto</w:t>
                      </w:r>
                      <w:proofErr w:type="spellEnd"/>
                      <w:r>
                        <w:rPr>
                          <w:rFonts w:ascii="Times" w:hAnsi="Times"/>
                          <w:b/>
                        </w:rPr>
                        <w:t xml:space="preserve"> di </w:t>
                      </w:r>
                      <w:proofErr w:type="spellStart"/>
                      <w:r>
                        <w:rPr>
                          <w:rFonts w:ascii="Times" w:hAnsi="Times"/>
                          <w:b/>
                        </w:rPr>
                        <w:t>Istruzione</w:t>
                      </w:r>
                      <w:proofErr w:type="spellEnd"/>
                      <w:r>
                        <w:rPr>
                          <w:rFonts w:ascii="Times" w:hAnsi="Times"/>
                          <w:b/>
                        </w:rPr>
                        <w:t xml:space="preserve"> Superiore  </w:t>
                      </w:r>
                    </w:p>
                    <w:p w14:paraId="53FAEECD" w14:textId="77777777" w:rsidR="00943EFC" w:rsidRDefault="00943EFC" w:rsidP="00943EFC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5CA821C9" w14:textId="77777777" w:rsidR="00943EFC" w:rsidRDefault="00943EFC" w:rsidP="00943EFC"/>
                  </w:txbxContent>
                </v:textbox>
              </v:shape>
            </w:pict>
          </mc:Fallback>
        </mc:AlternateContent>
      </w:r>
      <w:r w:rsidRPr="00816616">
        <w:rPr>
          <w:rFonts w:ascii="Calibri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641121B" wp14:editId="2960574C">
                <wp:simplePos x="0" y="0"/>
                <wp:positionH relativeFrom="column">
                  <wp:posOffset>2961640</wp:posOffset>
                </wp:positionH>
                <wp:positionV relativeFrom="paragraph">
                  <wp:posOffset>894080</wp:posOffset>
                </wp:positionV>
                <wp:extent cx="1358265" cy="625475"/>
                <wp:effectExtent l="0" t="0" r="0" b="3175"/>
                <wp:wrapNone/>
                <wp:docPr id="10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265" cy="625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1AC683" w14:textId="77777777" w:rsidR="00943EFC" w:rsidRDefault="00943EFC" w:rsidP="00943EFC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  <w:lang w:val="it-IT"/>
                              </w:rPr>
                              <w:t>Ipseoa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  <w:lang w:val="it-IT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>Via I Maggio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br/>
                              <w:t>88055, Taverna (</w:t>
                            </w:r>
                            <w:proofErr w:type="gramStart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 xml:space="preserve">CZ)   </w:t>
                            </w:r>
                            <w:proofErr w:type="gramEnd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 xml:space="preserve">                             C.M. CZRH01101R                                       Tel. - Fax: 0961-924833 </w:t>
                            </w:r>
                          </w:p>
                          <w:p w14:paraId="673E6A1A" w14:textId="77777777" w:rsidR="00943EFC" w:rsidRDefault="00943EFC" w:rsidP="00943EFC">
                            <w:pPr>
                              <w:pStyle w:val="NormaleWeb"/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60795178" w14:textId="77777777" w:rsidR="00943EFC" w:rsidRDefault="00943EFC" w:rsidP="00943EFC">
                            <w:pPr>
                              <w:pStyle w:val="NormaleWeb"/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29374342" w14:textId="77777777" w:rsidR="00943EFC" w:rsidRDefault="00943EFC" w:rsidP="00943EFC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1121B" id="Casella di testo 9" o:spid="_x0000_s1028" type="#_x0000_t202" style="position:absolute;left:0;text-align:left;margin-left:233.2pt;margin-top:70.4pt;width:106.95pt;height:49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" fillcolor="window" stroked="f" strokeweight=".5pt">
                <v:textbox>
                  <w:txbxContent>
                    <w:p w14:paraId="5D1AC683" w14:textId="77777777" w:rsidR="00943EFC" w:rsidRDefault="00943EFC" w:rsidP="00943EFC">
                      <w:pPr>
                        <w:pStyle w:val="NormaleWeb"/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  <w:lang w:val="it-IT"/>
                        </w:rPr>
                        <w:t>Ipseoa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  <w:lang w:val="it-IT"/>
                        </w:rPr>
                        <w:t xml:space="preserve">                   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>Via I Maggio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br/>
                        <w:t>88055, Taverna (</w:t>
                      </w:r>
                      <w:proofErr w:type="gramStart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 xml:space="preserve">CZ)   </w:t>
                      </w:r>
                      <w:proofErr w:type="gramEnd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 xml:space="preserve">                             C.M. CZRH01101R                                       Tel. - Fax: 0961-924833 </w:t>
                      </w:r>
                    </w:p>
                    <w:p w14:paraId="673E6A1A" w14:textId="77777777" w:rsidR="00943EFC" w:rsidRDefault="00943EFC" w:rsidP="00943EFC">
                      <w:pPr>
                        <w:pStyle w:val="NormaleWeb"/>
                        <w:rPr>
                          <w:b/>
                          <w:lang w:val="it-IT"/>
                        </w:rPr>
                      </w:pPr>
                    </w:p>
                    <w:p w14:paraId="60795178" w14:textId="77777777" w:rsidR="00943EFC" w:rsidRDefault="00943EFC" w:rsidP="00943EFC">
                      <w:pPr>
                        <w:pStyle w:val="NormaleWeb"/>
                        <w:rPr>
                          <w:b/>
                          <w:lang w:val="it-IT"/>
                        </w:rPr>
                      </w:pPr>
                    </w:p>
                    <w:p w14:paraId="29374342" w14:textId="77777777" w:rsidR="00943EFC" w:rsidRDefault="00943EFC" w:rsidP="00943EFC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16616">
        <w:rPr>
          <w:rFonts w:ascii="Calibri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01CF01" wp14:editId="106F55BF">
                <wp:simplePos x="0" y="0"/>
                <wp:positionH relativeFrom="column">
                  <wp:posOffset>1397000</wp:posOffset>
                </wp:positionH>
                <wp:positionV relativeFrom="paragraph">
                  <wp:posOffset>557530</wp:posOffset>
                </wp:positionV>
                <wp:extent cx="1564005" cy="280670"/>
                <wp:effectExtent l="0" t="0" r="0" b="5080"/>
                <wp:wrapNone/>
                <wp:docPr id="13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4005" cy="2806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1B35D2" w14:textId="77777777" w:rsidR="00943EFC" w:rsidRDefault="00943EFC" w:rsidP="00943EFC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i/>
                              </w:rPr>
                              <w:t xml:space="preserve">Rita Levi Montalcini </w:t>
                            </w:r>
                          </w:p>
                          <w:p w14:paraId="69ECB1FF" w14:textId="77777777" w:rsidR="00943EFC" w:rsidRDefault="00943EFC" w:rsidP="00943EFC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38757574" w14:textId="77777777" w:rsidR="00943EFC" w:rsidRDefault="00943EFC" w:rsidP="00943EFC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1CF01" id="Casella di testo 8" o:spid="_x0000_s1029" type="#_x0000_t202" style="position:absolute;left:0;text-align:left;margin-left:110pt;margin-top:43.9pt;width:123.15pt;height:2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" fillcolor="window" stroked="f" strokeweight=".5pt">
                <v:textbox>
                  <w:txbxContent>
                    <w:p w14:paraId="771B35D2" w14:textId="77777777" w:rsidR="00943EFC" w:rsidRDefault="00943EFC" w:rsidP="00943EFC">
                      <w:pPr>
                        <w:pStyle w:val="NormaleWeb"/>
                        <w:rPr>
                          <w:rFonts w:ascii="Times" w:hAnsi="Times"/>
                          <w:b/>
                          <w:i/>
                        </w:rPr>
                      </w:pPr>
                      <w:r>
                        <w:rPr>
                          <w:rFonts w:ascii="Times" w:hAnsi="Times"/>
                          <w:b/>
                          <w:i/>
                        </w:rPr>
                        <w:t xml:space="preserve">Rita Levi Montalcini </w:t>
                      </w:r>
                    </w:p>
                    <w:p w14:paraId="69ECB1FF" w14:textId="77777777" w:rsidR="00943EFC" w:rsidRDefault="00943EFC" w:rsidP="00943EFC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38757574" w14:textId="77777777" w:rsidR="00943EFC" w:rsidRDefault="00943EFC" w:rsidP="00943EFC"/>
                  </w:txbxContent>
                </v:textbox>
              </v:shape>
            </w:pict>
          </mc:Fallback>
        </mc:AlternateContent>
      </w:r>
      <w:r w:rsidRPr="00816616">
        <w:rPr>
          <w:rFonts w:ascii="Calibri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3947F2" wp14:editId="2289D44D">
                <wp:simplePos x="0" y="0"/>
                <wp:positionH relativeFrom="column">
                  <wp:posOffset>1396365</wp:posOffset>
                </wp:positionH>
                <wp:positionV relativeFrom="paragraph">
                  <wp:posOffset>842010</wp:posOffset>
                </wp:positionV>
                <wp:extent cx="1491615" cy="625475"/>
                <wp:effectExtent l="0" t="0" r="0" b="3175"/>
                <wp:wrapNone/>
                <wp:docPr id="12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91615" cy="625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0860AD" w14:textId="77777777" w:rsidR="00943EFC" w:rsidRDefault="00943EFC" w:rsidP="00943EFC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>Via Corrado Alvaro,17                           88054 Sersale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br/>
                              <w:t xml:space="preserve">C.M. CZIS01100L - C.F. 97061370793     email: czis01100l@istruzione.it </w:t>
                            </w:r>
                            <w:r>
                              <w:rPr>
                                <w:rFonts w:ascii="Times" w:hAnsi="Times"/>
                                <w:b/>
                                <w:lang w:val="it-IT"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>pec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 xml:space="preserve">: czis01100l@pec.istruzione.it              web: www.is-sersale.edu.it </w:t>
                            </w:r>
                          </w:p>
                          <w:p w14:paraId="04719FDF" w14:textId="77777777" w:rsidR="00943EFC" w:rsidRDefault="00943EFC" w:rsidP="00943EFC">
                            <w:pPr>
                              <w:pStyle w:val="NormaleWeb"/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160EEB62" w14:textId="77777777" w:rsidR="00943EFC" w:rsidRDefault="00943EFC" w:rsidP="00943EFC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947F2" id="Casella di testo 7" o:spid="_x0000_s1030" type="#_x0000_t202" style="position:absolute;left:0;text-align:left;margin-left:109.95pt;margin-top:66.3pt;width:117.45pt;height:4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" fillcolor="window" stroked="f" strokeweight=".5pt">
                <v:textbox>
                  <w:txbxContent>
                    <w:p w14:paraId="480860AD" w14:textId="77777777" w:rsidR="00943EFC" w:rsidRDefault="00943EFC" w:rsidP="00943EFC">
                      <w:pPr>
                        <w:pStyle w:val="NormaleWeb"/>
                        <w:rPr>
                          <w:rFonts w:ascii="Times" w:hAnsi="Times"/>
                          <w:b/>
                          <w:lang w:val="it-IT"/>
                        </w:rPr>
                      </w:pP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>Via Corrado Alvaro,17                           88054 Sersale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br/>
                        <w:t xml:space="preserve">C.M. CZIS01100L - C.F. 97061370793     email: czis01100l@istruzione.it </w:t>
                      </w:r>
                      <w:r>
                        <w:rPr>
                          <w:rFonts w:ascii="Times" w:hAnsi="Times"/>
                          <w:b/>
                          <w:lang w:val="it-IT"/>
                        </w:rPr>
                        <w:t xml:space="preserve">        </w:t>
                      </w:r>
                      <w:proofErr w:type="spellStart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>pec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 xml:space="preserve">: czis01100l@pec.istruzione.it              web: www.is-sersale.edu.it </w:t>
                      </w:r>
                    </w:p>
                    <w:p w14:paraId="04719FDF" w14:textId="77777777" w:rsidR="00943EFC" w:rsidRDefault="00943EFC" w:rsidP="00943EFC">
                      <w:pPr>
                        <w:pStyle w:val="NormaleWeb"/>
                        <w:rPr>
                          <w:b/>
                          <w:lang w:val="it-IT"/>
                        </w:rPr>
                      </w:pPr>
                    </w:p>
                    <w:p w14:paraId="160EEB62" w14:textId="77777777" w:rsidR="00943EFC" w:rsidRDefault="00943EFC" w:rsidP="00943EFC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16616">
        <w:rPr>
          <w:rFonts w:ascii="Calibri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A24918" wp14:editId="18DADD43">
                <wp:simplePos x="0" y="0"/>
                <wp:positionH relativeFrom="column">
                  <wp:posOffset>4541520</wp:posOffset>
                </wp:positionH>
                <wp:positionV relativeFrom="paragraph">
                  <wp:posOffset>88265</wp:posOffset>
                </wp:positionV>
                <wp:extent cx="1628140" cy="601345"/>
                <wp:effectExtent l="0" t="0" r="0" b="8255"/>
                <wp:wrapNone/>
                <wp:docPr id="9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8140" cy="601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8E7A96" w14:textId="77777777" w:rsidR="00943EFC" w:rsidRDefault="00943EFC" w:rsidP="00943EFC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lang w:val="it-IT"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  <w:lang w:val="it-IT"/>
                              </w:rPr>
                              <w:t>Ipsasr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  <w:lang w:val="it-IT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>Via M. Bianchi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br/>
                              <w:t>88054, Sersale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br/>
                              <w:t xml:space="preserve">C.M. CZRA01102N - CZRA011523 (adulti) Tel. - </w:t>
                            </w:r>
                            <w:proofErr w:type="gramStart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>Fax:  0961</w:t>
                            </w:r>
                            <w:proofErr w:type="gramEnd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 xml:space="preserve">-967187  </w:t>
                            </w:r>
                          </w:p>
                          <w:p w14:paraId="4E01A5CE" w14:textId="77777777" w:rsidR="00943EFC" w:rsidRDefault="00943EFC" w:rsidP="00943EFC">
                            <w:pPr>
                              <w:rPr>
                                <w:rFonts w:ascii="Calibri" w:hAnsi="Calibri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24918" id="Casella di testo 6" o:spid="_x0000_s1031" type="#_x0000_t202" style="position:absolute;left:0;text-align:left;margin-left:357.6pt;margin-top:6.95pt;width:128.2pt;height:4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" fillcolor="window" stroked="f" strokeweight=".5pt">
                <v:textbox>
                  <w:txbxContent>
                    <w:p w14:paraId="2D8E7A96" w14:textId="77777777" w:rsidR="00943EFC" w:rsidRDefault="00943EFC" w:rsidP="00943EFC">
                      <w:pPr>
                        <w:pStyle w:val="NormaleWeb"/>
                        <w:rPr>
                          <w:rFonts w:ascii="Times" w:hAnsi="Times"/>
                          <w:b/>
                          <w:lang w:val="it-IT"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  <w:lang w:val="it-IT"/>
                        </w:rPr>
                        <w:t>Ipsasr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  <w:lang w:val="it-IT"/>
                        </w:rPr>
                        <w:t xml:space="preserve">                      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>Via M. Bianchi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br/>
                        <w:t>88054, Sersale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br/>
                        <w:t xml:space="preserve">C.M. CZRA01102N - CZRA011523 (adulti) Tel. - </w:t>
                      </w:r>
                      <w:proofErr w:type="gramStart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>Fax:  0961</w:t>
                      </w:r>
                      <w:proofErr w:type="gramEnd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 xml:space="preserve">-967187  </w:t>
                      </w:r>
                    </w:p>
                    <w:p w14:paraId="4E01A5CE" w14:textId="77777777" w:rsidR="00943EFC" w:rsidRDefault="00943EFC" w:rsidP="00943EFC">
                      <w:pPr>
                        <w:rPr>
                          <w:rFonts w:ascii="Calibri" w:hAnsi="Calibri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16616">
        <w:rPr>
          <w:rFonts w:ascii="Calibri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670804" wp14:editId="4EAB4F87">
                <wp:simplePos x="0" y="0"/>
                <wp:positionH relativeFrom="column">
                  <wp:posOffset>4541520</wp:posOffset>
                </wp:positionH>
                <wp:positionV relativeFrom="paragraph">
                  <wp:posOffset>882015</wp:posOffset>
                </wp:positionV>
                <wp:extent cx="1628140" cy="641350"/>
                <wp:effectExtent l="0" t="0" r="0" b="6350"/>
                <wp:wrapNone/>
                <wp:docPr id="11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8140" cy="641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6B0162" w14:textId="77777777" w:rsidR="00943EFC" w:rsidRDefault="00943EFC" w:rsidP="00943EFC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lang w:val="it-IT"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  <w:lang w:val="it-IT"/>
                              </w:rPr>
                              <w:t>Ipsceoa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  <w:lang w:val="it-IT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t>Via Nazionale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br/>
                              <w:t>88070, Botricello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  <w:lang w:val="it-IT"/>
                              </w:rPr>
                              <w:br/>
                              <w:t xml:space="preserve">C.M. CZRC01101G - CZRC011511 (adulti) Tel.: 0961-966661 – Fax: 0961-966007 </w:t>
                            </w:r>
                          </w:p>
                          <w:p w14:paraId="2320B1D8" w14:textId="77777777" w:rsidR="00943EFC" w:rsidRDefault="00943EFC" w:rsidP="00943EFC">
                            <w:pPr>
                              <w:rPr>
                                <w:rFonts w:ascii="Calibri" w:hAnsi="Calibri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70804" id="Casella di testo 5" o:spid="_x0000_s1032" type="#_x0000_t202" style="position:absolute;left:0;text-align:left;margin-left:357.6pt;margin-top:69.45pt;width:128.2pt;height:5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" fillcolor="window" stroked="f" strokeweight=".5pt">
                <v:textbox>
                  <w:txbxContent>
                    <w:p w14:paraId="0B6B0162" w14:textId="77777777" w:rsidR="00943EFC" w:rsidRDefault="00943EFC" w:rsidP="00943EFC">
                      <w:pPr>
                        <w:pStyle w:val="NormaleWeb"/>
                        <w:rPr>
                          <w:rFonts w:ascii="Times" w:hAnsi="Times"/>
                          <w:b/>
                          <w:lang w:val="it-IT"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  <w:lang w:val="it-IT"/>
                        </w:rPr>
                        <w:t>Ipsceoa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  <w:lang w:val="it-IT"/>
                        </w:rPr>
                        <w:t xml:space="preserve">                   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t>Via Nazionale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br/>
                        <w:t>88070, Botricello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  <w:lang w:val="it-IT"/>
                        </w:rPr>
                        <w:br/>
                        <w:t xml:space="preserve">C.M. CZRC01101G - CZRC011511 (adulti) Tel.: 0961-966661 – Fax: 0961-966007 </w:t>
                      </w:r>
                    </w:p>
                    <w:p w14:paraId="2320B1D8" w14:textId="77777777" w:rsidR="00943EFC" w:rsidRDefault="00943EFC" w:rsidP="00943EFC">
                      <w:pPr>
                        <w:rPr>
                          <w:rFonts w:ascii="Calibri" w:hAnsi="Calibri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16616">
        <w:rPr>
          <w:rFonts w:ascii="Calibri" w:hAnsi="Calibri" w:cs="Calibri"/>
          <w:noProof/>
          <w:color w:val="000000"/>
          <w:sz w:val="18"/>
          <w:szCs w:val="18"/>
          <w:lang w:eastAsia="en-GB"/>
        </w:rPr>
        <w:drawing>
          <wp:inline distT="0" distB="0" distL="0" distR="0" wp14:anchorId="1D16D239" wp14:editId="0F8BA8EE">
            <wp:extent cx="1280160" cy="1470660"/>
            <wp:effectExtent l="0" t="0" r="0" b="0"/>
            <wp:docPr id="1809637356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2C51B" w14:textId="77777777" w:rsidR="00E84F27" w:rsidRPr="00816616" w:rsidRDefault="00E84F27">
      <w:pPr>
        <w:spacing w:after="240" w:line="288" w:lineRule="auto"/>
        <w:rPr>
          <w:rFonts w:ascii="Calibri" w:hAnsi="Calibri" w:cs="Calibri"/>
          <w:sz w:val="18"/>
          <w:szCs w:val="18"/>
          <w:lang w:val="it-IT"/>
        </w:rPr>
      </w:pPr>
      <w:r w:rsidRPr="00816616">
        <w:rPr>
          <w:rFonts w:ascii="Calibri" w:hAnsi="Calibri" w:cs="Calibri"/>
          <w:sz w:val="18"/>
          <w:szCs w:val="18"/>
          <w:lang w:val="it-IT"/>
        </w:rPr>
        <w:t>Sersale, lì ____________________</w:t>
      </w:r>
      <w:r w:rsidRPr="00816616">
        <w:rPr>
          <w:rFonts w:ascii="Calibri" w:hAnsi="Calibri" w:cs="Calibri"/>
          <w:sz w:val="18"/>
          <w:szCs w:val="18"/>
          <w:lang w:val="it-IT"/>
        </w:rPr>
        <w:tab/>
      </w:r>
      <w:r w:rsidRPr="00816616">
        <w:rPr>
          <w:rFonts w:ascii="Calibri" w:hAnsi="Calibri" w:cs="Calibri"/>
          <w:sz w:val="18"/>
          <w:szCs w:val="18"/>
          <w:lang w:val="it-IT"/>
        </w:rPr>
        <w:tab/>
        <w:t>Prot. n. ____________________</w:t>
      </w:r>
    </w:p>
    <w:p w14:paraId="43B52D77" w14:textId="76310D34" w:rsidR="00E84F27" w:rsidRPr="00816616" w:rsidRDefault="00000000">
      <w:pPr>
        <w:spacing w:after="240" w:line="288" w:lineRule="auto"/>
        <w:rPr>
          <w:rFonts w:ascii="Calibri" w:hAnsi="Calibri" w:cs="Calibri"/>
          <w:sz w:val="18"/>
          <w:szCs w:val="18"/>
          <w:lang w:val="it-IT"/>
        </w:rPr>
      </w:pPr>
      <w:r w:rsidRPr="00816616">
        <w:rPr>
          <w:rFonts w:ascii="Calibri" w:hAnsi="Calibri" w:cs="Calibri"/>
          <w:b/>
          <w:sz w:val="18"/>
          <w:szCs w:val="18"/>
          <w:lang w:val="it-IT"/>
        </w:rPr>
        <w:t xml:space="preserve">Ai Genitori / Tutori dell'alunno/a: </w:t>
      </w:r>
      <w:r w:rsidRPr="00816616">
        <w:rPr>
          <w:rFonts w:ascii="Calibri" w:hAnsi="Calibri" w:cs="Calibri"/>
          <w:sz w:val="18"/>
          <w:szCs w:val="18"/>
          <w:lang w:val="it-IT"/>
        </w:rPr>
        <w:t>_________________________________________________</w:t>
      </w:r>
    </w:p>
    <w:p w14:paraId="6FD0CC7B" w14:textId="1865D008" w:rsidR="00BC7A4A" w:rsidRPr="00816616" w:rsidRDefault="00943EFC">
      <w:pPr>
        <w:spacing w:after="240" w:line="288" w:lineRule="auto"/>
        <w:rPr>
          <w:rFonts w:ascii="Calibri" w:hAnsi="Calibri" w:cs="Calibri"/>
          <w:sz w:val="18"/>
          <w:szCs w:val="18"/>
          <w:lang w:val="it-IT"/>
        </w:rPr>
      </w:pPr>
      <w:r w:rsidRPr="00816616">
        <w:rPr>
          <w:rFonts w:ascii="Calibri" w:hAnsi="Calibri" w:cs="Calibri"/>
          <w:sz w:val="18"/>
          <w:szCs w:val="18"/>
          <w:lang w:val="it-IT"/>
        </w:rPr>
        <w:t xml:space="preserve"> Classe: _________   Sezione: _________   Sede di: _________________________________</w:t>
      </w:r>
    </w:p>
    <w:p w14:paraId="1FAE5E3B" w14:textId="77777777" w:rsidR="00BC4E65" w:rsidRPr="00816616" w:rsidRDefault="00000000" w:rsidP="00BC4E65">
      <w:pPr>
        <w:spacing w:before="160" w:after="240"/>
        <w:rPr>
          <w:rFonts w:ascii="Calibri" w:hAnsi="Calibri" w:cs="Calibri"/>
          <w:sz w:val="18"/>
          <w:szCs w:val="18"/>
          <w:lang w:val="it-IT"/>
        </w:rPr>
      </w:pPr>
      <w:r w:rsidRPr="00816616">
        <w:rPr>
          <w:rFonts w:ascii="Calibri" w:hAnsi="Calibri" w:cs="Calibri"/>
          <w:b/>
          <w:sz w:val="18"/>
          <w:szCs w:val="18"/>
          <w:lang w:val="it-IT"/>
        </w:rPr>
        <w:t xml:space="preserve">OGGETTO: </w:t>
      </w:r>
      <w:r w:rsidRPr="00816616">
        <w:rPr>
          <w:rFonts w:ascii="Calibri" w:hAnsi="Calibri" w:cs="Calibri"/>
          <w:b/>
          <w:color w:val="0F2043"/>
          <w:sz w:val="18"/>
          <w:szCs w:val="18"/>
          <w:lang w:val="it-IT"/>
        </w:rPr>
        <w:t>Informativa alle famiglie – Comunicazione assenze e frequenza scolastica</w:t>
      </w:r>
    </w:p>
    <w:p w14:paraId="430194AA" w14:textId="7FF97299" w:rsidR="00BC7A4A" w:rsidRPr="00816616" w:rsidRDefault="00000000" w:rsidP="00BC4E65">
      <w:pPr>
        <w:spacing w:before="160" w:after="240"/>
        <w:jc w:val="both"/>
        <w:rPr>
          <w:rFonts w:ascii="Calibri" w:hAnsi="Calibri" w:cs="Calibri"/>
          <w:sz w:val="18"/>
          <w:szCs w:val="18"/>
          <w:lang w:val="it-IT"/>
        </w:rPr>
      </w:pPr>
      <w:r w:rsidRPr="00816616">
        <w:rPr>
          <w:rFonts w:ascii="Calibri" w:hAnsi="Calibri" w:cs="Calibri"/>
          <w:sz w:val="18"/>
          <w:szCs w:val="18"/>
          <w:lang w:val="it-IT"/>
        </w:rPr>
        <w:t>Si comunica alla S.V. che l’alunno/a sopraindicato/a, frequentante questo Istituto, alla data del __________________ presenta la seguente situazione relativa alla frequenza scolastica e alle assenze:</w:t>
      </w:r>
    </w:p>
    <w:p w14:paraId="1FC90B1A" w14:textId="77777777" w:rsidR="00725871" w:rsidRPr="00816616" w:rsidRDefault="00725871" w:rsidP="006F4DD4">
      <w:pPr>
        <w:pStyle w:val="Paragrafoelenco"/>
        <w:numPr>
          <w:ilvl w:val="0"/>
          <w:numId w:val="10"/>
        </w:numPr>
        <w:spacing w:before="160" w:after="240" w:line="240" w:lineRule="auto"/>
        <w:jc w:val="both"/>
        <w:rPr>
          <w:rFonts w:ascii="Calibri" w:hAnsi="Calibri" w:cs="Calibri"/>
          <w:b/>
          <w:sz w:val="18"/>
          <w:szCs w:val="18"/>
          <w:lang w:val="it-IT"/>
        </w:rPr>
      </w:pPr>
      <w:r w:rsidRPr="00816616">
        <w:rPr>
          <w:rFonts w:ascii="Calibri" w:hAnsi="Calibri" w:cs="Calibri"/>
          <w:sz w:val="18"/>
          <w:szCs w:val="18"/>
          <w:lang w:val="it-IT"/>
        </w:rPr>
        <w:t>Risulta iscritto/a ma non si è mai presentato/a</w:t>
      </w:r>
      <w:r w:rsidRPr="00816616">
        <w:rPr>
          <w:rFonts w:ascii="Calibri" w:hAnsi="Calibri" w:cs="Calibri"/>
          <w:b/>
          <w:sz w:val="18"/>
          <w:szCs w:val="18"/>
          <w:lang w:val="it-IT"/>
        </w:rPr>
        <w:t>.</w:t>
      </w:r>
    </w:p>
    <w:p w14:paraId="7EBB9991" w14:textId="77777777" w:rsidR="00725871" w:rsidRPr="00816616" w:rsidRDefault="00725871" w:rsidP="006F4DD4">
      <w:pPr>
        <w:pStyle w:val="Paragrafoelenco"/>
        <w:numPr>
          <w:ilvl w:val="0"/>
          <w:numId w:val="10"/>
        </w:numPr>
        <w:spacing w:before="160" w:after="240" w:line="240" w:lineRule="auto"/>
        <w:jc w:val="both"/>
        <w:rPr>
          <w:rFonts w:ascii="Calibri" w:hAnsi="Calibri" w:cs="Calibri"/>
          <w:sz w:val="18"/>
          <w:szCs w:val="18"/>
          <w:lang w:val="it-IT"/>
        </w:rPr>
      </w:pPr>
      <w:r w:rsidRPr="00816616">
        <w:rPr>
          <w:rFonts w:ascii="Calibri" w:hAnsi="Calibri" w:cs="Calibri"/>
          <w:sz w:val="18"/>
          <w:szCs w:val="18"/>
          <w:lang w:val="it-IT"/>
        </w:rPr>
        <w:t>Si è ritirato/a o non frequenta più.</w:t>
      </w:r>
    </w:p>
    <w:p w14:paraId="7DFF478F" w14:textId="77777777" w:rsidR="00725871" w:rsidRPr="00816616" w:rsidRDefault="00725871" w:rsidP="006F4DD4">
      <w:pPr>
        <w:pStyle w:val="Paragrafoelenco"/>
        <w:numPr>
          <w:ilvl w:val="0"/>
          <w:numId w:val="10"/>
        </w:numPr>
        <w:spacing w:before="160" w:after="240" w:line="240" w:lineRule="auto"/>
        <w:jc w:val="both"/>
        <w:rPr>
          <w:rFonts w:ascii="Calibri" w:hAnsi="Calibri" w:cs="Calibri"/>
          <w:b/>
          <w:sz w:val="18"/>
          <w:szCs w:val="18"/>
          <w:lang w:val="it-IT"/>
        </w:rPr>
      </w:pPr>
      <w:r w:rsidRPr="00816616">
        <w:rPr>
          <w:rFonts w:ascii="Calibri" w:hAnsi="Calibri" w:cs="Calibri"/>
          <w:sz w:val="18"/>
          <w:szCs w:val="18"/>
          <w:lang w:val="it-IT"/>
        </w:rPr>
        <w:t>Giunge frequentemente in ritardo alle lezioni / effettua uscite anticipate non giustificate.</w:t>
      </w:r>
    </w:p>
    <w:p w14:paraId="1CF8BA43" w14:textId="77777777" w:rsidR="00A42879" w:rsidRPr="00816616" w:rsidRDefault="00A42879" w:rsidP="00E5346B">
      <w:pPr>
        <w:pStyle w:val="Paragrafoelenco"/>
        <w:numPr>
          <w:ilvl w:val="0"/>
          <w:numId w:val="1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18"/>
          <w:szCs w:val="18"/>
          <w:lang w:val="it-IT" w:eastAsia="it-IT"/>
        </w:rPr>
      </w:pPr>
      <w:r w:rsidRPr="00816616">
        <w:rPr>
          <w:rFonts w:ascii="Calibri" w:eastAsia="Times New Roman" w:hAnsi="Calibri" w:cs="Calibri"/>
          <w:sz w:val="18"/>
          <w:szCs w:val="18"/>
          <w:lang w:val="it-IT" w:eastAsia="it-IT"/>
        </w:rPr>
        <w:t>Ha accumulato complessivamente n. ________ ore di assenza.</w:t>
      </w:r>
    </w:p>
    <w:p w14:paraId="32BC2054" w14:textId="1FF03B1A" w:rsidR="00816616" w:rsidRPr="00816616" w:rsidRDefault="00816616" w:rsidP="00816616">
      <w:pPr>
        <w:spacing w:before="100" w:beforeAutospacing="1" w:after="100" w:afterAutospacing="1" w:line="240" w:lineRule="auto"/>
        <w:ind w:left="360"/>
        <w:jc w:val="both"/>
        <w:rPr>
          <w:rFonts w:ascii="Calibri" w:eastAsia="Times New Roman" w:hAnsi="Calibri" w:cs="Calibri"/>
          <w:sz w:val="18"/>
          <w:szCs w:val="18"/>
          <w:lang w:val="it-IT" w:eastAsia="it-IT"/>
        </w:rPr>
      </w:pPr>
      <w:r w:rsidRPr="00816616">
        <w:rPr>
          <w:rFonts w:ascii="Calibri" w:eastAsia="Times New Roman" w:hAnsi="Calibri" w:cs="Calibri"/>
          <w:sz w:val="18"/>
          <w:szCs w:val="18"/>
          <w:lang w:val="it-IT" w:eastAsia="it-IT"/>
        </w:rPr>
        <w:t>Si ricorda che, ai sensi dell’art. 14, comma 7, del D.P.R. n. 122/2009, ai fini della validità dell’anno scolastico è richiesta la frequenza di almeno tre quarti (3/4) dell’orario annuale personalizzato. Il superamento del limite massimo di assenze consentito comporta, salvo le deroghe previste dalla normativa vigente, l’impossibilità di procedere alla valutazione finale e la conseguente non ammissione alla classe successiva o all’Esame di Stato.</w:t>
      </w:r>
    </w:p>
    <w:p w14:paraId="40E3C598" w14:textId="296F6D2D" w:rsidR="00816616" w:rsidRPr="00816616" w:rsidRDefault="00816616" w:rsidP="00816616">
      <w:pPr>
        <w:spacing w:before="100" w:beforeAutospacing="1" w:after="100" w:afterAutospacing="1" w:line="240" w:lineRule="auto"/>
        <w:ind w:left="360"/>
        <w:jc w:val="both"/>
        <w:rPr>
          <w:rFonts w:ascii="Calibri" w:eastAsia="Times New Roman" w:hAnsi="Calibri" w:cs="Calibri"/>
          <w:sz w:val="18"/>
          <w:szCs w:val="18"/>
          <w:lang w:val="it-IT" w:eastAsia="it-IT"/>
        </w:rPr>
      </w:pPr>
      <w:r w:rsidRPr="00816616">
        <w:rPr>
          <w:rFonts w:ascii="Calibri" w:eastAsia="Times New Roman" w:hAnsi="Calibri" w:cs="Calibri"/>
          <w:sz w:val="18"/>
          <w:szCs w:val="18"/>
          <w:lang w:val="it-IT" w:eastAsia="it-IT"/>
        </w:rPr>
        <w:t>Il limite massimo di assenze consentito è determinato in relazione all’indirizzo di studi e al percorso frequentato, come di seguito indicato:</w:t>
      </w:r>
    </w:p>
    <w:p w14:paraId="785B1F21" w14:textId="77777777" w:rsidR="00A42879" w:rsidRPr="00816616" w:rsidRDefault="00A42879" w:rsidP="00A4287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18"/>
          <w:szCs w:val="18"/>
          <w:lang w:val="it-IT" w:eastAsia="it-IT"/>
        </w:rPr>
      </w:pPr>
      <w:r w:rsidRPr="00816616">
        <w:rPr>
          <w:rFonts w:ascii="Calibri" w:eastAsia="Times New Roman" w:hAnsi="Calibri" w:cs="Calibri"/>
          <w:b/>
          <w:bCs/>
          <w:sz w:val="18"/>
          <w:szCs w:val="18"/>
          <w:lang w:val="it-IT" w:eastAsia="it-IT"/>
        </w:rPr>
        <w:t>Indirizzo professionale quinquennale:</w:t>
      </w:r>
      <w:r w:rsidRPr="00816616">
        <w:rPr>
          <w:rFonts w:ascii="Calibri" w:eastAsia="Times New Roman" w:hAnsi="Calibri" w:cs="Calibri"/>
          <w:sz w:val="18"/>
          <w:szCs w:val="18"/>
          <w:lang w:val="it-IT" w:eastAsia="it-IT"/>
        </w:rPr>
        <w:t xml:space="preserve"> 264 ore di assenza su un monte ore annuale di 1.056 ore.</w:t>
      </w:r>
    </w:p>
    <w:p w14:paraId="5AC63830" w14:textId="77777777" w:rsidR="00A42879" w:rsidRPr="00816616" w:rsidRDefault="00A42879" w:rsidP="00A4287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18"/>
          <w:szCs w:val="18"/>
          <w:lang w:val="it-IT" w:eastAsia="it-IT"/>
        </w:rPr>
      </w:pPr>
      <w:r w:rsidRPr="00816616">
        <w:rPr>
          <w:rFonts w:ascii="Calibri" w:eastAsia="Times New Roman" w:hAnsi="Calibri" w:cs="Calibri"/>
          <w:b/>
          <w:bCs/>
          <w:sz w:val="18"/>
          <w:szCs w:val="18"/>
          <w:lang w:val="it-IT" w:eastAsia="it-IT"/>
        </w:rPr>
        <w:t>Indirizzo professionale quadriennale:</w:t>
      </w:r>
      <w:r w:rsidRPr="00816616">
        <w:rPr>
          <w:rFonts w:ascii="Calibri" w:eastAsia="Times New Roman" w:hAnsi="Calibri" w:cs="Calibri"/>
          <w:sz w:val="18"/>
          <w:szCs w:val="18"/>
          <w:lang w:val="it-IT" w:eastAsia="it-IT"/>
        </w:rPr>
        <w:t xml:space="preserve"> 330 ore di assenza su un monte ore annuale di 1.320 ore.</w:t>
      </w:r>
    </w:p>
    <w:p w14:paraId="01666561" w14:textId="77777777" w:rsidR="00A42879" w:rsidRPr="00816616" w:rsidRDefault="00A42879" w:rsidP="00A4287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18"/>
          <w:szCs w:val="18"/>
          <w:lang w:val="it-IT" w:eastAsia="it-IT"/>
        </w:rPr>
      </w:pPr>
      <w:r w:rsidRPr="00816616">
        <w:rPr>
          <w:rFonts w:ascii="Calibri" w:eastAsia="Times New Roman" w:hAnsi="Calibri" w:cs="Calibri"/>
          <w:b/>
          <w:bCs/>
          <w:sz w:val="18"/>
          <w:szCs w:val="18"/>
          <w:lang w:val="it-IT" w:eastAsia="it-IT"/>
        </w:rPr>
        <w:t>Liceo – biennio:</w:t>
      </w:r>
      <w:r w:rsidRPr="00816616">
        <w:rPr>
          <w:rFonts w:ascii="Calibri" w:eastAsia="Times New Roman" w:hAnsi="Calibri" w:cs="Calibri"/>
          <w:sz w:val="18"/>
          <w:szCs w:val="18"/>
          <w:lang w:val="it-IT" w:eastAsia="it-IT"/>
        </w:rPr>
        <w:t xml:space="preserve"> 223 ore di assenza su un monte ore annuale di 891 ore.</w:t>
      </w:r>
    </w:p>
    <w:p w14:paraId="504BE8D8" w14:textId="77777777" w:rsidR="00A42879" w:rsidRPr="00816616" w:rsidRDefault="00A42879" w:rsidP="00A4287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18"/>
          <w:szCs w:val="18"/>
          <w:lang w:val="it-IT" w:eastAsia="it-IT"/>
        </w:rPr>
      </w:pPr>
      <w:r w:rsidRPr="00816616">
        <w:rPr>
          <w:rFonts w:ascii="Calibri" w:eastAsia="Times New Roman" w:hAnsi="Calibri" w:cs="Calibri"/>
          <w:b/>
          <w:bCs/>
          <w:sz w:val="18"/>
          <w:szCs w:val="18"/>
          <w:lang w:val="it-IT" w:eastAsia="it-IT"/>
        </w:rPr>
        <w:t>Liceo – triennio:</w:t>
      </w:r>
      <w:r w:rsidRPr="00816616">
        <w:rPr>
          <w:rFonts w:ascii="Calibri" w:eastAsia="Times New Roman" w:hAnsi="Calibri" w:cs="Calibri"/>
          <w:sz w:val="18"/>
          <w:szCs w:val="18"/>
          <w:lang w:val="it-IT" w:eastAsia="it-IT"/>
        </w:rPr>
        <w:t xml:space="preserve"> 248 ore di assenza su un monte ore annuale di 990 ore.</w:t>
      </w:r>
    </w:p>
    <w:p w14:paraId="0A71D166" w14:textId="77777777" w:rsidR="00BC7A4A" w:rsidRPr="00816616" w:rsidRDefault="00000000">
      <w:pPr>
        <w:spacing w:before="200" w:after="280"/>
        <w:rPr>
          <w:rFonts w:ascii="Calibri" w:hAnsi="Calibri" w:cs="Calibri"/>
          <w:sz w:val="18"/>
          <w:szCs w:val="18"/>
          <w:lang w:val="it-IT"/>
        </w:rPr>
      </w:pPr>
      <w:r w:rsidRPr="00816616">
        <w:rPr>
          <w:rFonts w:ascii="Calibri" w:hAnsi="Calibri" w:cs="Calibri"/>
          <w:sz w:val="18"/>
          <w:szCs w:val="18"/>
          <w:lang w:val="it-IT"/>
        </w:rPr>
        <w:t>Si invita pertanto la S.V. a presentarsi presso la sede di ________________________________________ per conferire con il/la docente Coordinatore/</w:t>
      </w:r>
      <w:proofErr w:type="spellStart"/>
      <w:r w:rsidRPr="00816616">
        <w:rPr>
          <w:rFonts w:ascii="Calibri" w:hAnsi="Calibri" w:cs="Calibri"/>
          <w:sz w:val="18"/>
          <w:szCs w:val="18"/>
          <w:lang w:val="it-IT"/>
        </w:rPr>
        <w:t>trice</w:t>
      </w:r>
      <w:proofErr w:type="spellEnd"/>
      <w:r w:rsidRPr="00816616">
        <w:rPr>
          <w:rFonts w:ascii="Calibri" w:hAnsi="Calibri" w:cs="Calibri"/>
          <w:sz w:val="18"/>
          <w:szCs w:val="18"/>
          <w:lang w:val="it-IT"/>
        </w:rPr>
        <w:t xml:space="preserve"> prof./prof.ssa ________________________________________ il giorno ____________________ alle ore ____________.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BC7A4A" w:rsidRPr="00816616" w14:paraId="2C83BBB8" w14:textId="77777777">
        <w:trPr>
          <w:jc w:val="center"/>
        </w:trPr>
        <w:tc>
          <w:tcPr>
            <w:tcW w:w="4680" w:type="dxa"/>
          </w:tcPr>
          <w:p w14:paraId="4B7AE76F" w14:textId="77777777" w:rsidR="00BC7A4A" w:rsidRPr="00816616" w:rsidRDefault="000000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16616">
              <w:rPr>
                <w:rFonts w:ascii="Calibri" w:hAnsi="Calibri" w:cs="Calibri"/>
                <w:sz w:val="18"/>
                <w:szCs w:val="18"/>
              </w:rPr>
              <w:t xml:space="preserve">Il </w:t>
            </w:r>
            <w:proofErr w:type="spellStart"/>
            <w:r w:rsidRPr="00816616">
              <w:rPr>
                <w:rFonts w:ascii="Calibri" w:hAnsi="Calibri" w:cs="Calibri"/>
                <w:sz w:val="18"/>
                <w:szCs w:val="18"/>
              </w:rPr>
              <w:t>Coordinatore</w:t>
            </w:r>
            <w:proofErr w:type="spellEnd"/>
            <w:r w:rsidRPr="00816616">
              <w:rPr>
                <w:rFonts w:ascii="Calibri" w:hAnsi="Calibri" w:cs="Calibri"/>
                <w:sz w:val="18"/>
                <w:szCs w:val="18"/>
              </w:rPr>
              <w:t xml:space="preserve"> di Classe</w:t>
            </w:r>
            <w:r w:rsidRPr="00816616">
              <w:rPr>
                <w:rFonts w:ascii="Calibri" w:hAnsi="Calibri" w:cs="Calibri"/>
                <w:sz w:val="18"/>
                <w:szCs w:val="18"/>
              </w:rPr>
              <w:br/>
            </w:r>
            <w:r w:rsidRPr="00816616">
              <w:rPr>
                <w:rFonts w:ascii="Calibri" w:hAnsi="Calibri" w:cs="Calibri"/>
                <w:sz w:val="18"/>
                <w:szCs w:val="18"/>
              </w:rPr>
              <w:br/>
              <w:t>__________________________________</w:t>
            </w:r>
          </w:p>
        </w:tc>
        <w:tc>
          <w:tcPr>
            <w:tcW w:w="4680" w:type="dxa"/>
          </w:tcPr>
          <w:p w14:paraId="450D5BB3" w14:textId="77777777" w:rsidR="00BC7A4A" w:rsidRPr="00816616" w:rsidRDefault="000000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16616">
              <w:rPr>
                <w:rFonts w:ascii="Calibri" w:hAnsi="Calibri" w:cs="Calibri"/>
                <w:sz w:val="18"/>
                <w:szCs w:val="18"/>
              </w:rPr>
              <w:t xml:space="preserve">Il </w:t>
            </w:r>
            <w:proofErr w:type="spellStart"/>
            <w:r w:rsidRPr="00816616">
              <w:rPr>
                <w:rFonts w:ascii="Calibri" w:hAnsi="Calibri" w:cs="Calibri"/>
                <w:sz w:val="18"/>
                <w:szCs w:val="18"/>
              </w:rPr>
              <w:t>Dirigente</w:t>
            </w:r>
            <w:proofErr w:type="spellEnd"/>
            <w:r w:rsidRPr="00816616">
              <w:rPr>
                <w:rFonts w:ascii="Calibri" w:hAnsi="Calibri" w:cs="Calibri"/>
                <w:sz w:val="18"/>
                <w:szCs w:val="18"/>
              </w:rPr>
              <w:t xml:space="preserve"> Scolastico</w:t>
            </w:r>
            <w:r w:rsidRPr="00816616">
              <w:rPr>
                <w:rFonts w:ascii="Calibri" w:hAnsi="Calibri" w:cs="Calibri"/>
                <w:sz w:val="18"/>
                <w:szCs w:val="18"/>
              </w:rPr>
              <w:br/>
            </w:r>
            <w:r w:rsidRPr="00816616">
              <w:rPr>
                <w:rFonts w:ascii="Calibri" w:hAnsi="Calibri" w:cs="Calibri"/>
                <w:sz w:val="18"/>
                <w:szCs w:val="18"/>
              </w:rPr>
              <w:br/>
              <w:t>__________________________________</w:t>
            </w:r>
          </w:p>
        </w:tc>
      </w:tr>
    </w:tbl>
    <w:p w14:paraId="58E6B688" w14:textId="14DB6F73" w:rsidR="00BC7A4A" w:rsidRPr="00816616" w:rsidRDefault="00BC7A4A" w:rsidP="00BE1DA6">
      <w:pPr>
        <w:spacing w:before="360"/>
        <w:jc w:val="center"/>
        <w:rPr>
          <w:rFonts w:ascii="Calibri" w:hAnsi="Calibri" w:cs="Calibri"/>
          <w:sz w:val="18"/>
          <w:szCs w:val="18"/>
        </w:rPr>
      </w:pPr>
    </w:p>
    <w:sectPr w:rsidR="00BC7A4A" w:rsidRPr="00816616" w:rsidSect="008E33FE">
      <w:pgSz w:w="12240" w:h="15840"/>
      <w:pgMar w:top="1152" w:right="1152" w:bottom="56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8A7752A"/>
    <w:multiLevelType w:val="multilevel"/>
    <w:tmpl w:val="19180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7B13F0"/>
    <w:multiLevelType w:val="hybridMultilevel"/>
    <w:tmpl w:val="A33CC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714330">
    <w:abstractNumId w:val="8"/>
  </w:num>
  <w:num w:numId="2" w16cid:durableId="1321419821">
    <w:abstractNumId w:val="6"/>
  </w:num>
  <w:num w:numId="3" w16cid:durableId="219554921">
    <w:abstractNumId w:val="5"/>
  </w:num>
  <w:num w:numId="4" w16cid:durableId="1416971323">
    <w:abstractNumId w:val="4"/>
  </w:num>
  <w:num w:numId="5" w16cid:durableId="1967008471">
    <w:abstractNumId w:val="7"/>
  </w:num>
  <w:num w:numId="6" w16cid:durableId="267665305">
    <w:abstractNumId w:val="3"/>
  </w:num>
  <w:num w:numId="7" w16cid:durableId="51999889">
    <w:abstractNumId w:val="2"/>
  </w:num>
  <w:num w:numId="8" w16cid:durableId="1571110629">
    <w:abstractNumId w:val="1"/>
  </w:num>
  <w:num w:numId="9" w16cid:durableId="302199238">
    <w:abstractNumId w:val="0"/>
  </w:num>
  <w:num w:numId="10" w16cid:durableId="926693322">
    <w:abstractNumId w:val="10"/>
  </w:num>
  <w:num w:numId="11" w16cid:durableId="17164655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3AF5"/>
    <w:rsid w:val="002734AB"/>
    <w:rsid w:val="0029639D"/>
    <w:rsid w:val="00326F90"/>
    <w:rsid w:val="00430183"/>
    <w:rsid w:val="006F4DD4"/>
    <w:rsid w:val="00725871"/>
    <w:rsid w:val="00816616"/>
    <w:rsid w:val="00842CDA"/>
    <w:rsid w:val="008E33FE"/>
    <w:rsid w:val="00943EFC"/>
    <w:rsid w:val="00A42879"/>
    <w:rsid w:val="00AA1D8D"/>
    <w:rsid w:val="00B47730"/>
    <w:rsid w:val="00BC4E65"/>
    <w:rsid w:val="00BC7A4A"/>
    <w:rsid w:val="00BE1DA6"/>
    <w:rsid w:val="00BF4E92"/>
    <w:rsid w:val="00CB0664"/>
    <w:rsid w:val="00E5346B"/>
    <w:rsid w:val="00E84F27"/>
    <w:rsid w:val="00FA0A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5F63B7"/>
  <w14:defaultImageDpi w14:val="300"/>
  <w15:docId w15:val="{C32FF63D-EAE0-4AF0-A41D-5F360A619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w6asjqtextbase">
    <w:name w:val="w6asjq_textbase"/>
    <w:basedOn w:val="Carpredefinitoparagrafo"/>
    <w:rsid w:val="00430183"/>
  </w:style>
  <w:style w:type="paragraph" w:styleId="NormaleWeb">
    <w:name w:val="Normal (Web)"/>
    <w:basedOn w:val="Normale"/>
    <w:uiPriority w:val="99"/>
    <w:unhideWhenUsed/>
    <w:rsid w:val="00943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isselectedend">
    <w:name w:val="isselectedend"/>
    <w:basedOn w:val="Normale"/>
    <w:rsid w:val="00A42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5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canino</cp:lastModifiedBy>
  <cp:revision>2</cp:revision>
  <dcterms:created xsi:type="dcterms:W3CDTF">2026-10-12T11:35:00Z</dcterms:created>
  <dcterms:modified xsi:type="dcterms:W3CDTF">2026-10-12T11:35:00Z</dcterms:modified>
  <cp:category/>
</cp:coreProperties>
</file>